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B6588" w14:textId="77777777" w:rsidR="003F7ABB" w:rsidRDefault="005A3D11" w:rsidP="00F60AC6">
      <w:pPr>
        <w:spacing w:after="120" w:line="276" w:lineRule="auto"/>
        <w:jc w:val="center"/>
        <w:rPr>
          <w:b/>
          <w:color w:val="auto"/>
          <w:sz w:val="28"/>
        </w:rPr>
      </w:pPr>
      <w:r w:rsidRPr="00F60AC6">
        <w:rPr>
          <w:b/>
          <w:color w:val="auto"/>
          <w:sz w:val="28"/>
        </w:rPr>
        <w:t>DECLARAÇÃO DE ANUÊNCIA DO COLEGIADO DO PPG</w:t>
      </w:r>
    </w:p>
    <w:p w14:paraId="4ABE1E91" w14:textId="77777777" w:rsidR="00F60AC6" w:rsidRPr="00F60AC6" w:rsidRDefault="00F60AC6" w:rsidP="00F60AC6">
      <w:pPr>
        <w:spacing w:line="360" w:lineRule="auto"/>
        <w:jc w:val="both"/>
        <w:rPr>
          <w:rFonts w:cs="Arial"/>
          <w:sz w:val="24"/>
          <w:szCs w:val="24"/>
        </w:rPr>
      </w:pPr>
    </w:p>
    <w:p w14:paraId="39D94C92" w14:textId="77777777" w:rsidR="003C4A28" w:rsidRPr="009D56AB" w:rsidRDefault="003C4A28" w:rsidP="00012422">
      <w:pPr>
        <w:spacing w:line="360" w:lineRule="auto"/>
        <w:jc w:val="center"/>
        <w:rPr>
          <w:rFonts w:cs="Arial"/>
          <w:sz w:val="24"/>
          <w:szCs w:val="24"/>
        </w:rPr>
      </w:pPr>
      <w:r w:rsidRPr="009D56AB">
        <w:rPr>
          <w:rFonts w:cs="Arial"/>
          <w:sz w:val="24"/>
          <w:szCs w:val="24"/>
        </w:rPr>
        <w:t>Chamada Interna PROPPG/UFERSA nº 53/2026</w:t>
      </w:r>
    </w:p>
    <w:p w14:paraId="605B48CA" w14:textId="77777777" w:rsidR="003C4A28" w:rsidRPr="009D56AB" w:rsidRDefault="003C4A28" w:rsidP="00012422">
      <w:pPr>
        <w:spacing w:line="360" w:lineRule="auto"/>
        <w:jc w:val="center"/>
        <w:rPr>
          <w:rFonts w:cs="Arial"/>
          <w:sz w:val="24"/>
          <w:szCs w:val="24"/>
        </w:rPr>
      </w:pPr>
      <w:r w:rsidRPr="009D56AB">
        <w:rPr>
          <w:rFonts w:cs="Arial"/>
          <w:sz w:val="24"/>
          <w:szCs w:val="24"/>
        </w:rPr>
        <w:t>Programa MAI/DAI — Chamada Pública CNPq/CAPES nº 30/2026</w:t>
      </w:r>
    </w:p>
    <w:p w14:paraId="29045FBA" w14:textId="77777777" w:rsidR="003C4A28" w:rsidRPr="009D56AB" w:rsidRDefault="003C4A28" w:rsidP="00012422">
      <w:pPr>
        <w:spacing w:line="360" w:lineRule="auto"/>
        <w:jc w:val="center"/>
        <w:rPr>
          <w:rFonts w:cs="Arial"/>
          <w:sz w:val="24"/>
          <w:szCs w:val="24"/>
        </w:rPr>
      </w:pPr>
      <w:r w:rsidRPr="009D56AB">
        <w:rPr>
          <w:rFonts w:cs="Arial"/>
          <w:sz w:val="24"/>
          <w:szCs w:val="24"/>
        </w:rPr>
        <w:t>Linha 2 — Trajetória Inicial</w:t>
      </w:r>
    </w:p>
    <w:p w14:paraId="1E638864" w14:textId="77777777" w:rsidR="003F7ABB" w:rsidRPr="009D56AB" w:rsidRDefault="005A3D11" w:rsidP="00012422">
      <w:pPr>
        <w:pStyle w:val="Ttulo1"/>
        <w:spacing w:before="0" w:after="120" w:line="360" w:lineRule="auto"/>
        <w:jc w:val="both"/>
        <w:rPr>
          <w:rFonts w:ascii="Arial" w:hAnsi="Arial" w:cs="Arial"/>
          <w:sz w:val="24"/>
          <w:szCs w:val="24"/>
        </w:rPr>
      </w:pPr>
      <w:r w:rsidRPr="009D56AB">
        <w:rPr>
          <w:rFonts w:ascii="Arial" w:hAnsi="Arial" w:cs="Arial"/>
          <w:sz w:val="24"/>
          <w:szCs w:val="24"/>
        </w:rPr>
        <w:t>1. IDENTIFICAÇÃO</w:t>
      </w:r>
    </w:p>
    <w:p w14:paraId="6B741DA6" w14:textId="77777777" w:rsidR="003F7ABB" w:rsidRPr="009D56AB" w:rsidRDefault="005A3D11" w:rsidP="00012422">
      <w:pPr>
        <w:spacing w:after="120" w:line="360" w:lineRule="auto"/>
        <w:jc w:val="both"/>
        <w:rPr>
          <w:rFonts w:cs="Arial"/>
          <w:sz w:val="24"/>
          <w:szCs w:val="24"/>
        </w:rPr>
      </w:pPr>
      <w:r w:rsidRPr="009D56AB">
        <w:rPr>
          <w:rFonts w:cs="Arial"/>
          <w:sz w:val="24"/>
          <w:szCs w:val="24"/>
        </w:rPr>
        <w:t xml:space="preserve">Programa de Pós-Graduação: </w:t>
      </w:r>
      <w:r w:rsidRPr="009D56AB">
        <w:rPr>
          <w:rFonts w:cs="Arial"/>
          <w:sz w:val="24"/>
          <w:szCs w:val="24"/>
          <w:highlight w:val="yellow"/>
        </w:rPr>
        <w:t>[nome e sigla do PPG]</w:t>
      </w:r>
    </w:p>
    <w:p w14:paraId="60A2586C" w14:textId="77777777" w:rsidR="003F7ABB" w:rsidRPr="009D56AB" w:rsidRDefault="005A3D11" w:rsidP="00012422">
      <w:pPr>
        <w:spacing w:after="120" w:line="360" w:lineRule="auto"/>
        <w:jc w:val="both"/>
        <w:rPr>
          <w:rFonts w:cs="Arial"/>
          <w:sz w:val="24"/>
          <w:szCs w:val="24"/>
        </w:rPr>
      </w:pPr>
      <w:r w:rsidRPr="009D56AB">
        <w:rPr>
          <w:rFonts w:cs="Arial"/>
          <w:sz w:val="24"/>
          <w:szCs w:val="24"/>
        </w:rPr>
        <w:t xml:space="preserve">Título do projeto: </w:t>
      </w:r>
      <w:r w:rsidRPr="009D56AB">
        <w:rPr>
          <w:rFonts w:cs="Arial"/>
          <w:sz w:val="24"/>
          <w:szCs w:val="24"/>
          <w:highlight w:val="yellow"/>
        </w:rPr>
        <w:t>[preencher]</w:t>
      </w:r>
    </w:p>
    <w:p w14:paraId="4F270F76" w14:textId="77777777" w:rsidR="003F7ABB" w:rsidRPr="009D56AB" w:rsidRDefault="005A3D11" w:rsidP="00012422">
      <w:pPr>
        <w:spacing w:after="120" w:line="360" w:lineRule="auto"/>
        <w:jc w:val="both"/>
        <w:rPr>
          <w:rFonts w:cs="Arial"/>
          <w:sz w:val="24"/>
          <w:szCs w:val="24"/>
        </w:rPr>
      </w:pPr>
      <w:r w:rsidRPr="009D56AB">
        <w:rPr>
          <w:rFonts w:cs="Arial"/>
          <w:sz w:val="24"/>
          <w:szCs w:val="24"/>
        </w:rPr>
        <w:t xml:space="preserve">Docente proponente: </w:t>
      </w:r>
      <w:r w:rsidRPr="009D56AB">
        <w:rPr>
          <w:rFonts w:cs="Arial"/>
          <w:sz w:val="24"/>
          <w:szCs w:val="24"/>
          <w:highlight w:val="yellow"/>
        </w:rPr>
        <w:t>[preencher]</w:t>
      </w:r>
    </w:p>
    <w:p w14:paraId="2888EEBF" w14:textId="77777777" w:rsidR="003F7ABB" w:rsidRPr="009D56AB" w:rsidRDefault="005A3D11" w:rsidP="00012422">
      <w:pPr>
        <w:pStyle w:val="Ttulo1"/>
        <w:spacing w:before="0" w:after="120" w:line="360" w:lineRule="auto"/>
        <w:jc w:val="both"/>
        <w:rPr>
          <w:rFonts w:ascii="Arial" w:hAnsi="Arial" w:cs="Arial"/>
          <w:sz w:val="24"/>
          <w:szCs w:val="24"/>
        </w:rPr>
      </w:pPr>
      <w:r w:rsidRPr="009D56AB">
        <w:rPr>
          <w:rFonts w:ascii="Arial" w:hAnsi="Arial" w:cs="Arial"/>
          <w:sz w:val="24"/>
          <w:szCs w:val="24"/>
        </w:rPr>
        <w:t>2. BOLSAS VINCULADAS AO PROGRAMA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4762"/>
      </w:tblGrid>
      <w:tr w:rsidR="003F7ABB" w:rsidRPr="009D56AB" w14:paraId="5D1C5B0E" w14:textId="77777777">
        <w:trPr>
          <w:cantSplit/>
        </w:trPr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vAlign w:val="center"/>
          </w:tcPr>
          <w:p w14:paraId="283BD6CD" w14:textId="77777777" w:rsidR="003F7ABB" w:rsidRPr="009D56AB" w:rsidRDefault="005A3D11" w:rsidP="00012422">
            <w:pPr>
              <w:spacing w:before="120" w:after="120"/>
              <w:jc w:val="both"/>
              <w:rPr>
                <w:rFonts w:cs="Arial"/>
                <w:sz w:val="24"/>
                <w:szCs w:val="24"/>
              </w:rPr>
            </w:pPr>
            <w:r w:rsidRPr="009D56AB">
              <w:rPr>
                <w:rFonts w:cs="Arial"/>
                <w:b/>
                <w:sz w:val="24"/>
                <w:szCs w:val="24"/>
              </w:rPr>
              <w:t>Modalidade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  <w:vAlign w:val="center"/>
          </w:tcPr>
          <w:p w14:paraId="1AAC3FE8" w14:textId="77777777" w:rsidR="003F7ABB" w:rsidRPr="009D56AB" w:rsidRDefault="005A3D11" w:rsidP="00012422">
            <w:pPr>
              <w:spacing w:before="120" w:after="120"/>
              <w:jc w:val="both"/>
              <w:rPr>
                <w:rFonts w:cs="Arial"/>
                <w:sz w:val="24"/>
                <w:szCs w:val="24"/>
              </w:rPr>
            </w:pPr>
            <w:r w:rsidRPr="009D56AB">
              <w:rPr>
                <w:rFonts w:cs="Arial"/>
                <w:b/>
                <w:sz w:val="24"/>
                <w:szCs w:val="24"/>
              </w:rPr>
              <w:t>Quantidade solicitada neste PPG</w:t>
            </w:r>
          </w:p>
        </w:tc>
      </w:tr>
      <w:tr w:rsidR="003F7ABB" w:rsidRPr="009D56AB" w14:paraId="41B9D233" w14:textId="77777777">
        <w:trPr>
          <w:cantSplit/>
        </w:trPr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3DE15A2" w14:textId="77777777" w:rsidR="003F7ABB" w:rsidRPr="009D56AB" w:rsidRDefault="005A3D11" w:rsidP="00012422">
            <w:pPr>
              <w:spacing w:before="120" w:after="120"/>
              <w:jc w:val="both"/>
              <w:rPr>
                <w:rFonts w:cs="Arial"/>
                <w:sz w:val="24"/>
                <w:szCs w:val="24"/>
              </w:rPr>
            </w:pPr>
            <w:r w:rsidRPr="009D56AB">
              <w:rPr>
                <w:rFonts w:cs="Arial"/>
                <w:sz w:val="24"/>
                <w:szCs w:val="24"/>
              </w:rPr>
              <w:t>Mestrado — GM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F0B0C2" w14:textId="77777777" w:rsidR="003F7ABB" w:rsidRPr="009D56AB" w:rsidRDefault="005A3D11" w:rsidP="00012422">
            <w:pPr>
              <w:spacing w:before="120" w:after="120"/>
              <w:jc w:val="both"/>
              <w:rPr>
                <w:rFonts w:cs="Arial"/>
                <w:sz w:val="24"/>
                <w:szCs w:val="24"/>
              </w:rPr>
            </w:pPr>
            <w:r w:rsidRPr="009D56AB">
              <w:rPr>
                <w:rFonts w:cs="Arial"/>
                <w:sz w:val="24"/>
                <w:szCs w:val="24"/>
                <w:highlight w:val="yellow"/>
              </w:rPr>
              <w:t>[preencher]</w:t>
            </w:r>
          </w:p>
        </w:tc>
      </w:tr>
      <w:tr w:rsidR="003F7ABB" w:rsidRPr="009D56AB" w14:paraId="787285CE" w14:textId="77777777">
        <w:trPr>
          <w:cantSplit/>
        </w:trPr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0C1D28F" w14:textId="77777777" w:rsidR="003F7ABB" w:rsidRPr="009D56AB" w:rsidRDefault="005A3D11" w:rsidP="00012422">
            <w:pPr>
              <w:spacing w:before="120" w:after="120"/>
              <w:jc w:val="both"/>
              <w:rPr>
                <w:rFonts w:cs="Arial"/>
                <w:sz w:val="24"/>
                <w:szCs w:val="24"/>
              </w:rPr>
            </w:pPr>
            <w:r w:rsidRPr="009D56AB">
              <w:rPr>
                <w:rFonts w:cs="Arial"/>
                <w:sz w:val="24"/>
                <w:szCs w:val="24"/>
              </w:rPr>
              <w:t>Doutorado — GD</w:t>
            </w:r>
          </w:p>
        </w:tc>
        <w:tc>
          <w:tcPr>
            <w:tcW w:w="47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6B77E3B" w14:textId="77777777" w:rsidR="003F7ABB" w:rsidRPr="009D56AB" w:rsidRDefault="005A3D11" w:rsidP="00012422">
            <w:pPr>
              <w:spacing w:before="120" w:after="120"/>
              <w:jc w:val="both"/>
              <w:rPr>
                <w:rFonts w:cs="Arial"/>
                <w:sz w:val="24"/>
                <w:szCs w:val="24"/>
              </w:rPr>
            </w:pPr>
            <w:r w:rsidRPr="009D56AB">
              <w:rPr>
                <w:rFonts w:cs="Arial"/>
                <w:sz w:val="24"/>
                <w:szCs w:val="24"/>
                <w:highlight w:val="yellow"/>
              </w:rPr>
              <w:t>[preencher]</w:t>
            </w:r>
          </w:p>
        </w:tc>
      </w:tr>
    </w:tbl>
    <w:p w14:paraId="5C843116" w14:textId="77777777" w:rsidR="003F7ABB" w:rsidRPr="009D56AB" w:rsidRDefault="005A3D11" w:rsidP="00012422">
      <w:pPr>
        <w:spacing w:before="120"/>
        <w:jc w:val="both"/>
        <w:rPr>
          <w:rFonts w:cs="Arial"/>
          <w:sz w:val="20"/>
          <w:szCs w:val="20"/>
        </w:rPr>
      </w:pPr>
      <w:r w:rsidRPr="009D56AB">
        <w:rPr>
          <w:rFonts w:cs="Arial"/>
          <w:i/>
          <w:sz w:val="20"/>
          <w:szCs w:val="20"/>
        </w:rPr>
        <w:t xml:space="preserve">Informar zero quando não houver solicitação na modalidade. Os quantitativos deverão corresponder às bolsas vinculadas a este PPG no formulário de manifestação de interesse. </w:t>
      </w:r>
      <w:r w:rsidRPr="009D56AB">
        <w:rPr>
          <w:rFonts w:cs="Arial"/>
          <w:b/>
          <w:bCs/>
          <w:i/>
          <w:sz w:val="20"/>
          <w:szCs w:val="20"/>
        </w:rPr>
        <w:t>Excluir este parágrafo de orientação antes da assinatura.</w:t>
      </w:r>
    </w:p>
    <w:p w14:paraId="565BFF91" w14:textId="77777777" w:rsidR="003F7ABB" w:rsidRPr="009D56AB" w:rsidRDefault="005A3D11" w:rsidP="00672B43">
      <w:pPr>
        <w:pStyle w:val="Ttulo1"/>
        <w:spacing w:before="0" w:after="120" w:line="360" w:lineRule="auto"/>
        <w:jc w:val="both"/>
        <w:rPr>
          <w:rFonts w:ascii="Arial" w:hAnsi="Arial" w:cs="Arial"/>
          <w:sz w:val="24"/>
          <w:szCs w:val="24"/>
        </w:rPr>
      </w:pPr>
      <w:r w:rsidRPr="009D56AB">
        <w:rPr>
          <w:rFonts w:ascii="Arial" w:hAnsi="Arial" w:cs="Arial"/>
          <w:sz w:val="24"/>
          <w:szCs w:val="24"/>
        </w:rPr>
        <w:t>3. ANUÊNCIA COLEGIADA</w:t>
      </w:r>
    </w:p>
    <w:p w14:paraId="119FF184" w14:textId="77777777" w:rsidR="008D17A0" w:rsidRPr="009D56AB" w:rsidRDefault="008D17A0" w:rsidP="008D17A0">
      <w:pPr>
        <w:spacing w:after="120" w:line="360" w:lineRule="auto"/>
        <w:jc w:val="both"/>
        <w:rPr>
          <w:rFonts w:cs="Arial"/>
          <w:sz w:val="24"/>
          <w:szCs w:val="24"/>
        </w:rPr>
      </w:pPr>
      <w:r w:rsidRPr="009D56AB">
        <w:rPr>
          <w:rFonts w:cs="Arial"/>
          <w:sz w:val="24"/>
          <w:szCs w:val="24"/>
        </w:rPr>
        <w:t xml:space="preserve">Na condição de representante do Colegiado do Programa de Pós-Graduação acima identificado, declaro que o Colegiado, em deliberação realizada em </w:t>
      </w:r>
      <w:r w:rsidRPr="009D56AB">
        <w:rPr>
          <w:rFonts w:cs="Arial"/>
          <w:sz w:val="24"/>
          <w:szCs w:val="24"/>
          <w:highlight w:val="yellow"/>
        </w:rPr>
        <w:t>[dia/mês/ano]</w:t>
      </w:r>
      <w:r w:rsidRPr="009D56AB">
        <w:rPr>
          <w:rFonts w:cs="Arial"/>
          <w:sz w:val="24"/>
          <w:szCs w:val="24"/>
        </w:rPr>
        <w:t>, concedeu anuência à vinculação acadêmica e à participação do projeto neste Programa, abrangendo as modalidades e os quantitativos de bolsas informados no item 2, sob orientação do docente proponente.</w:t>
      </w:r>
    </w:p>
    <w:p w14:paraId="6CAE6CD6" w14:textId="77777777" w:rsidR="00C86909" w:rsidRPr="009D56AB" w:rsidRDefault="00C86909" w:rsidP="00C86909">
      <w:pPr>
        <w:spacing w:line="360" w:lineRule="auto"/>
        <w:jc w:val="right"/>
        <w:rPr>
          <w:rFonts w:cs="Arial"/>
          <w:sz w:val="24"/>
          <w:szCs w:val="24"/>
        </w:rPr>
      </w:pPr>
      <w:r w:rsidRPr="009D56AB">
        <w:rPr>
          <w:rFonts w:cs="Arial"/>
          <w:sz w:val="24"/>
          <w:szCs w:val="24"/>
          <w:highlight w:val="yellow"/>
        </w:rPr>
        <w:t>[Município/UF], [dia] de [mês] de [ano].</w:t>
      </w:r>
    </w:p>
    <w:p w14:paraId="7A9250DD" w14:textId="77777777" w:rsidR="00C86909" w:rsidRPr="009D56AB" w:rsidRDefault="00C86909" w:rsidP="00C86909">
      <w:pPr>
        <w:spacing w:line="360" w:lineRule="auto"/>
        <w:jc w:val="both"/>
        <w:rPr>
          <w:rFonts w:cs="Arial"/>
          <w:sz w:val="24"/>
          <w:szCs w:val="24"/>
        </w:rPr>
      </w:pPr>
    </w:p>
    <w:p w14:paraId="5A3529B1" w14:textId="77777777" w:rsidR="00C86909" w:rsidRPr="009D56AB" w:rsidRDefault="00C86909" w:rsidP="00C86909">
      <w:pPr>
        <w:jc w:val="center"/>
        <w:rPr>
          <w:rFonts w:cs="Arial"/>
        </w:rPr>
      </w:pPr>
      <w:r w:rsidRPr="009D56AB">
        <w:rPr>
          <w:rFonts w:cs="Arial"/>
          <w:sz w:val="24"/>
          <w:szCs w:val="24"/>
        </w:rPr>
        <w:t>________________________________________</w:t>
      </w:r>
    </w:p>
    <w:p w14:paraId="448D4B6F" w14:textId="3433ACDF" w:rsidR="00C86909" w:rsidRPr="009D56AB" w:rsidRDefault="00C86909" w:rsidP="00C86909">
      <w:pPr>
        <w:spacing w:line="360" w:lineRule="auto"/>
        <w:jc w:val="center"/>
        <w:rPr>
          <w:rFonts w:cs="Arial"/>
          <w:sz w:val="24"/>
          <w:szCs w:val="24"/>
        </w:rPr>
      </w:pPr>
      <w:r w:rsidRPr="009D56AB">
        <w:rPr>
          <w:rFonts w:cs="Arial"/>
          <w:sz w:val="24"/>
          <w:szCs w:val="24"/>
          <w:highlight w:val="yellow"/>
        </w:rPr>
        <w:t>Nome [preencher]</w:t>
      </w:r>
    </w:p>
    <w:p w14:paraId="7B93BCE2" w14:textId="2F1F02CC" w:rsidR="00C86909" w:rsidRPr="009D56AB" w:rsidRDefault="005515F9" w:rsidP="00C86909">
      <w:pPr>
        <w:spacing w:line="360" w:lineRule="auto"/>
        <w:jc w:val="center"/>
        <w:rPr>
          <w:rFonts w:cs="Arial"/>
          <w:sz w:val="24"/>
          <w:szCs w:val="24"/>
        </w:rPr>
      </w:pPr>
      <w:r w:rsidRPr="009D56AB">
        <w:rPr>
          <w:rFonts w:cs="Arial"/>
          <w:sz w:val="24"/>
          <w:szCs w:val="24"/>
          <w:highlight w:val="yellow"/>
        </w:rPr>
        <w:t>Coordenador(a) do PPG</w:t>
      </w:r>
      <w:r w:rsidR="00C86909" w:rsidRPr="009D56AB">
        <w:rPr>
          <w:rFonts w:cs="Arial"/>
          <w:sz w:val="24"/>
          <w:szCs w:val="24"/>
          <w:highlight w:val="yellow"/>
        </w:rPr>
        <w:t xml:space="preserve"> [preencher]</w:t>
      </w:r>
    </w:p>
    <w:sectPr w:rsidR="00C86909" w:rsidRPr="009D56AB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4248135">
    <w:abstractNumId w:val="8"/>
  </w:num>
  <w:num w:numId="2" w16cid:durableId="1123034172">
    <w:abstractNumId w:val="6"/>
  </w:num>
  <w:num w:numId="3" w16cid:durableId="733937753">
    <w:abstractNumId w:val="5"/>
  </w:num>
  <w:num w:numId="4" w16cid:durableId="2040620724">
    <w:abstractNumId w:val="4"/>
  </w:num>
  <w:num w:numId="5" w16cid:durableId="1269895019">
    <w:abstractNumId w:val="7"/>
  </w:num>
  <w:num w:numId="6" w16cid:durableId="1179730771">
    <w:abstractNumId w:val="3"/>
  </w:num>
  <w:num w:numId="7" w16cid:durableId="831457087">
    <w:abstractNumId w:val="2"/>
  </w:num>
  <w:num w:numId="8" w16cid:durableId="2067219896">
    <w:abstractNumId w:val="1"/>
  </w:num>
  <w:num w:numId="9" w16cid:durableId="85426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422"/>
    <w:rsid w:val="00034616"/>
    <w:rsid w:val="0006063C"/>
    <w:rsid w:val="000E7395"/>
    <w:rsid w:val="00117F5C"/>
    <w:rsid w:val="0015074B"/>
    <w:rsid w:val="002176B5"/>
    <w:rsid w:val="00245173"/>
    <w:rsid w:val="0029639D"/>
    <w:rsid w:val="00326F90"/>
    <w:rsid w:val="003C4A28"/>
    <w:rsid w:val="003F7ABB"/>
    <w:rsid w:val="005515F9"/>
    <w:rsid w:val="005A3D11"/>
    <w:rsid w:val="00672B43"/>
    <w:rsid w:val="006B0547"/>
    <w:rsid w:val="007E708A"/>
    <w:rsid w:val="008A6527"/>
    <w:rsid w:val="008D17A0"/>
    <w:rsid w:val="009D56AB"/>
    <w:rsid w:val="00AA1D8D"/>
    <w:rsid w:val="00AB5ECA"/>
    <w:rsid w:val="00B47730"/>
    <w:rsid w:val="00B84FFC"/>
    <w:rsid w:val="00C229C6"/>
    <w:rsid w:val="00C86909"/>
    <w:rsid w:val="00CB0664"/>
    <w:rsid w:val="00CB2F9E"/>
    <w:rsid w:val="00F60A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E34892D-D738-4408-B4C3-CE5B7FC61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</Words>
  <Characters>1010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Anuência do Colegiado do PPG</dc:title>
  <dc:subject/>
  <dc:creator>PROPPG/UFERSA</dc:creator>
  <cp:keywords/>
  <dc:description>generated by python-docx</dc:description>
  <cp:lastModifiedBy>Luiz Francisco Souza Filho</cp:lastModifiedBy>
  <cp:revision>18</cp:revision>
  <dcterms:created xsi:type="dcterms:W3CDTF">2013-12-23T23:15:00Z</dcterms:created>
  <dcterms:modified xsi:type="dcterms:W3CDTF">2026-09-28T11:09:00Z</dcterms:modified>
  <cp:category/>
</cp:coreProperties>
</file>