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0866" w14:textId="77777777" w:rsidR="006A7295" w:rsidRPr="009F6539" w:rsidRDefault="002021A5" w:rsidP="009F6539">
      <w:pPr>
        <w:pStyle w:val="Ttulo1"/>
        <w:spacing w:before="0" w:after="120" w:line="240" w:lineRule="auto"/>
        <w:jc w:val="center"/>
        <w:rPr>
          <w:rFonts w:ascii="Arial" w:hAnsi="Arial" w:cs="Arial"/>
          <w:szCs w:val="32"/>
        </w:rPr>
      </w:pPr>
      <w:r w:rsidRPr="009F6539">
        <w:rPr>
          <w:rFonts w:ascii="Arial" w:hAnsi="Arial" w:cs="Arial"/>
          <w:szCs w:val="32"/>
        </w:rPr>
        <w:t>Roteiro de preparação das respostas</w:t>
      </w:r>
    </w:p>
    <w:p w14:paraId="2EA36271" w14:textId="77777777" w:rsidR="009F6539" w:rsidRPr="004125C9" w:rsidRDefault="009F6539" w:rsidP="004125C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08F88E5F" w14:textId="77777777" w:rsidR="00265F08" w:rsidRPr="00BF4D26" w:rsidRDefault="00265F08" w:rsidP="00BF4D2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BF4D26">
        <w:rPr>
          <w:rFonts w:ascii="Arial" w:hAnsi="Arial" w:cs="Arial"/>
          <w:sz w:val="24"/>
          <w:szCs w:val="24"/>
        </w:rPr>
        <w:t>Chamada Interna PROPPG/UFERSA nº 53/2026</w:t>
      </w:r>
    </w:p>
    <w:p w14:paraId="427A7BB9" w14:textId="77777777" w:rsidR="00265F08" w:rsidRPr="00BF4D26" w:rsidRDefault="00265F08" w:rsidP="00BF4D2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BF4D26">
        <w:rPr>
          <w:rFonts w:ascii="Arial" w:hAnsi="Arial" w:cs="Arial"/>
          <w:sz w:val="24"/>
          <w:szCs w:val="24"/>
        </w:rPr>
        <w:t>Programa MAI/DAI — Chamada Pública CNPq/CAPES nº 30/2026</w:t>
      </w:r>
    </w:p>
    <w:p w14:paraId="6FE93E4C" w14:textId="77777777" w:rsidR="00265F08" w:rsidRPr="00BF4D26" w:rsidRDefault="00265F08" w:rsidP="00BF4D26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BF4D26">
        <w:rPr>
          <w:rFonts w:ascii="Arial" w:hAnsi="Arial" w:cs="Arial"/>
          <w:sz w:val="24"/>
          <w:szCs w:val="24"/>
        </w:rPr>
        <w:t>Linha 2 — Trajetória Inicial</w:t>
      </w:r>
    </w:p>
    <w:p w14:paraId="6207DE7F" w14:textId="77777777" w:rsidR="00265F08" w:rsidRPr="00BF4D26" w:rsidRDefault="00265F08" w:rsidP="00BF4D26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364E16B6" w14:textId="73C28EF1" w:rsidR="006A7295" w:rsidRPr="009F6539" w:rsidRDefault="005631EA" w:rsidP="00BF4D2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5631EA">
        <w:rPr>
          <w:rFonts w:ascii="Arial" w:hAnsi="Arial" w:cs="Arial"/>
          <w:sz w:val="24"/>
          <w:szCs w:val="24"/>
        </w:rPr>
        <w:t>Este roteiro permite conhecer as informações solicitadas no formulário de manifestação de interesse e preparar previamente as respostas. Apresenta os enunciados, as orientações e as alternativas na sequência do formulário eletrônico.</w:t>
      </w:r>
    </w:p>
    <w:p w14:paraId="6CCA16C3" w14:textId="77777777" w:rsidR="006A7295" w:rsidRPr="009F6539" w:rsidRDefault="002021A5" w:rsidP="00BF4D2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 xml:space="preserve">O preenchimento deste Word não realiza a inscrição. A manifestação de interesse deverá ser enviada pelo Google </w:t>
      </w:r>
      <w:proofErr w:type="spellStart"/>
      <w:r w:rsidRPr="009F6539">
        <w:rPr>
          <w:rFonts w:ascii="Arial" w:hAnsi="Arial" w:cs="Arial"/>
          <w:sz w:val="24"/>
          <w:szCs w:val="24"/>
        </w:rPr>
        <w:t>Forms</w:t>
      </w:r>
      <w:proofErr w:type="spellEnd"/>
      <w:r w:rsidRPr="009F6539">
        <w:rPr>
          <w:rFonts w:ascii="Arial" w:hAnsi="Arial" w:cs="Arial"/>
          <w:sz w:val="24"/>
          <w:szCs w:val="24"/>
        </w:rPr>
        <w:t>. Após preparar e revisar as respostas, copie-as para os campos correspondentes e anexe os documentos no formulário.</w:t>
      </w:r>
    </w:p>
    <w:p w14:paraId="1FD81E18" w14:textId="77777777" w:rsidR="006A7295" w:rsidRPr="009F6539" w:rsidRDefault="002021A5" w:rsidP="00BF4D2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Os trechos “Resposta a preparar” e “Arquivos a preparar para envio” foram acrescentados apenas para uso deste roteiro. Substitua esses trechos pelo seu conteúdo; os espaços podem ser ampliados livremente. Nas declarações, marque as opções para organizar sua conferência e assinale-as também no formulário eletrônico.</w:t>
      </w:r>
    </w:p>
    <w:p w14:paraId="41073DE2" w14:textId="52594F20" w:rsidR="006A7295" w:rsidRPr="009F6539" w:rsidRDefault="003329BB" w:rsidP="00BF4D2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329BB">
        <w:rPr>
          <w:rFonts w:ascii="Arial" w:hAnsi="Arial" w:cs="Arial"/>
          <w:sz w:val="24"/>
          <w:szCs w:val="24"/>
        </w:rPr>
        <w:t>O asterisco (*) identifica os campos obrigatórios. As extensões de texto sugeridas são orientações de concisão, e não limites obrigatórios.</w:t>
      </w:r>
    </w:p>
    <w:p w14:paraId="4DDDE5A9" w14:textId="153D951F" w:rsidR="006A7295" w:rsidRPr="009F6539" w:rsidRDefault="002021A5" w:rsidP="00BF4D2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 xml:space="preserve">Formulário para submissão: </w:t>
      </w:r>
      <w:hyperlink r:id="rId8" w:history="1">
        <w:r w:rsidR="006A7295" w:rsidRPr="00BF4D26">
          <w:rPr>
            <w:rStyle w:val="Hyperlink"/>
            <w:rFonts w:ascii="Arial" w:hAnsi="Arial" w:cs="Arial"/>
            <w:sz w:val="24"/>
            <w:szCs w:val="24"/>
          </w:rPr>
          <w:t>https://docs.google.com/forms/d/e/1FAIpQLSd40bgPeb4mmyZMCqEXvFoUKwAl25eaYD4Bjp7hbroTsj9csw/viewform?usp=header</w:t>
        </w:r>
      </w:hyperlink>
      <w:r w:rsidR="00BF4D26">
        <w:rPr>
          <w:rFonts w:ascii="Arial" w:hAnsi="Arial" w:cs="Arial"/>
          <w:sz w:val="24"/>
          <w:szCs w:val="24"/>
        </w:rPr>
        <w:t>.</w:t>
      </w:r>
    </w:p>
    <w:p w14:paraId="027CE7E1" w14:textId="14C3F978" w:rsidR="0025235F" w:rsidRDefault="003329BB" w:rsidP="0025235F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329BB">
        <w:rPr>
          <w:rFonts w:ascii="Arial" w:hAnsi="Arial" w:cs="Arial"/>
          <w:sz w:val="24"/>
          <w:szCs w:val="24"/>
        </w:rPr>
        <w:t>Antes do envio, confira eventuais atualizações e observe as validações e os limites de anexos apresentados no formulário eletrônico.</w:t>
      </w:r>
    </w:p>
    <w:p w14:paraId="63986055" w14:textId="77BE00CF" w:rsidR="0025235F" w:rsidRDefault="0025235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43F2635" w14:textId="0D6094DB" w:rsidR="006A7295" w:rsidRPr="001C4AF0" w:rsidRDefault="002021A5" w:rsidP="001C4AF0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C4AF0">
        <w:rPr>
          <w:rFonts w:ascii="Arial" w:hAnsi="Arial" w:cs="Arial"/>
          <w:b/>
          <w:bCs/>
          <w:sz w:val="26"/>
          <w:szCs w:val="26"/>
        </w:rPr>
        <w:lastRenderedPageBreak/>
        <w:t>Apresentação do formulário</w:t>
      </w:r>
    </w:p>
    <w:p w14:paraId="1D36D218" w14:textId="77777777" w:rsidR="0025235F" w:rsidRPr="009F6539" w:rsidRDefault="0025235F" w:rsidP="0025235F">
      <w:pPr>
        <w:jc w:val="both"/>
        <w:rPr>
          <w:rFonts w:ascii="Arial" w:hAnsi="Arial" w:cs="Arial"/>
          <w:sz w:val="24"/>
          <w:szCs w:val="24"/>
        </w:rPr>
      </w:pPr>
    </w:p>
    <w:p w14:paraId="35A9A515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Manifestação de Interesse — MAI/DAI UFERSA — Chamada Interna nº 53/2026</w:t>
      </w:r>
    </w:p>
    <w:p w14:paraId="482EEAC6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Chamada Interna PROPPG/UFERSA nº 53/2026</w:t>
      </w:r>
    </w:p>
    <w:p w14:paraId="4AF18718" w14:textId="77777777" w:rsidR="006A7295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Chamada Pública CNPq/CAPES nº 30/2026 — Linha 2 — Trajetória Inicial</w:t>
      </w:r>
    </w:p>
    <w:p w14:paraId="76959D35" w14:textId="77777777" w:rsidR="0025235F" w:rsidRPr="009F6539" w:rsidRDefault="0025235F" w:rsidP="00DC2802">
      <w:pPr>
        <w:jc w:val="both"/>
        <w:rPr>
          <w:rFonts w:ascii="Arial" w:hAnsi="Arial" w:cs="Arial"/>
          <w:sz w:val="24"/>
          <w:szCs w:val="24"/>
        </w:rPr>
      </w:pPr>
    </w:p>
    <w:p w14:paraId="2ED88367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Este formulário destina-se à apresentação de projetos cooperativos de Pesquisa, Desenvolvimento e Inovação (PD&amp;I) para composição da proposta institucional da UFERSA ao Programa MAI/DAI.</w:t>
      </w:r>
    </w:p>
    <w:p w14:paraId="4335DE89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 xml:space="preserve">Cada docente poderá apresentar um único projeto, devendo ser efetivo da UFERSA e docente permanente nos </w:t>
      </w:r>
      <w:proofErr w:type="spellStart"/>
      <w:r w:rsidRPr="009F6539">
        <w:rPr>
          <w:rFonts w:ascii="Arial" w:hAnsi="Arial" w:cs="Arial"/>
          <w:sz w:val="24"/>
          <w:szCs w:val="24"/>
        </w:rPr>
        <w:t>PPGs</w:t>
      </w:r>
      <w:proofErr w:type="spellEnd"/>
      <w:r w:rsidRPr="009F6539">
        <w:rPr>
          <w:rFonts w:ascii="Arial" w:hAnsi="Arial" w:cs="Arial"/>
          <w:sz w:val="24"/>
          <w:szCs w:val="24"/>
        </w:rPr>
        <w:t xml:space="preserve"> aos quais vincular as bolsas GM/GD solicitadas. O próprio proponente será responsável pelas orientações, observadas as normas dos respectivos Programas.</w:t>
      </w:r>
    </w:p>
    <w:p w14:paraId="04A6F8A0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Antes de preencher, reúna:</w:t>
      </w:r>
    </w:p>
    <w:p w14:paraId="149CD736" w14:textId="77777777" w:rsidR="006A7295" w:rsidRPr="009F6539" w:rsidRDefault="002021A5" w:rsidP="001C4AF0">
      <w:pPr>
        <w:spacing w:after="60"/>
        <w:ind w:left="173"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 xml:space="preserve">• As informações sobre o projeto, as bolsas necessárias e seus </w:t>
      </w:r>
      <w:proofErr w:type="spellStart"/>
      <w:r w:rsidRPr="009F6539">
        <w:rPr>
          <w:rFonts w:ascii="Arial" w:hAnsi="Arial" w:cs="Arial"/>
          <w:sz w:val="24"/>
          <w:szCs w:val="24"/>
        </w:rPr>
        <w:t>PPGs</w:t>
      </w:r>
      <w:proofErr w:type="spellEnd"/>
      <w:r w:rsidRPr="009F6539">
        <w:rPr>
          <w:rFonts w:ascii="Arial" w:hAnsi="Arial" w:cs="Arial"/>
          <w:sz w:val="24"/>
          <w:szCs w:val="24"/>
        </w:rPr>
        <w:t xml:space="preserve"> de vinculação.</w:t>
      </w:r>
    </w:p>
    <w:p w14:paraId="5FF8F839" w14:textId="77777777" w:rsidR="006A7295" w:rsidRPr="009F6539" w:rsidRDefault="002021A5" w:rsidP="001C4AF0">
      <w:pPr>
        <w:spacing w:after="60"/>
        <w:ind w:left="173"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Os dados das Instituições Parceiras e os valores e a natureza das contrapartidas preliminarmente acordadas.</w:t>
      </w:r>
    </w:p>
    <w:p w14:paraId="6D579917" w14:textId="77777777" w:rsidR="006A7295" w:rsidRPr="009F6539" w:rsidRDefault="002021A5" w:rsidP="001C4AF0">
      <w:pPr>
        <w:spacing w:after="60"/>
        <w:ind w:left="173"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A Declaração de Ciência e Interesse de cada Parceira.</w:t>
      </w:r>
    </w:p>
    <w:p w14:paraId="54990742" w14:textId="77777777" w:rsidR="006A7295" w:rsidRPr="009F6539" w:rsidRDefault="002021A5" w:rsidP="001C4AF0">
      <w:pPr>
        <w:spacing w:after="60"/>
        <w:ind w:left="173"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A comprovação da anuência do Colegiado de cada PPG com bolsa GM/GD vinculada.</w:t>
      </w:r>
    </w:p>
    <w:p w14:paraId="0DB84B37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Responda de forma objetiva. Os tamanhos de resposta indicados são orientações de concisão. Não é necessário anexar projeto completo, revisão bibliográfica ou currículo em PDF, nem indicar estudantes para as bolsas.</w:t>
      </w:r>
    </w:p>
    <w:p w14:paraId="722A4775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 Anexo IV da chamada do CNPq/CAPES e o Cronograma de Aporte das Contrapartidas serão exigidos posteriormente dos projetos selecionados.</w:t>
      </w:r>
    </w:p>
    <w:p w14:paraId="5B044279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Eventuais pendências documentais deverão ser identificadas nos campos próprios e serão analisadas conforme as regras da Chamada. Seu registro não dispensa requisitos nem garante habilitação.</w:t>
      </w:r>
    </w:p>
    <w:p w14:paraId="4D76F63F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anexar os documentos, será necessário estar conectado a uma conta Google. Informe também seu e-mail institucional no campo destinado às comunicações. O salvamento de um rascunho não equivale ao envio: ao finalizar, clique em “Enviar” e aguarde a confirmação de recebimento.</w:t>
      </w:r>
    </w:p>
    <w:p w14:paraId="67D1A401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Prazo de envio: conforme o cronograma da Chamada Interna.</w:t>
      </w:r>
    </w:p>
    <w:p w14:paraId="708DA163" w14:textId="24ACBD5B" w:rsidR="006A7295" w:rsidRPr="009F6539" w:rsidRDefault="002E3BB6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2E3BB6">
        <w:rPr>
          <w:rFonts w:ascii="Arial" w:hAnsi="Arial" w:cs="Arial"/>
          <w:sz w:val="24"/>
          <w:szCs w:val="24"/>
        </w:rPr>
        <w:t xml:space="preserve">Chamada, modelos e resultados: seção “Outros editais” da página </w:t>
      </w:r>
      <w:hyperlink r:id="rId9" w:history="1">
        <w:r w:rsidRPr="002E3BB6">
          <w:rPr>
            <w:rStyle w:val="Hyperlink"/>
            <w:rFonts w:ascii="Arial" w:hAnsi="Arial" w:cs="Arial"/>
            <w:sz w:val="24"/>
            <w:szCs w:val="24"/>
          </w:rPr>
          <w:t>https://proppg.ufersa.edu.br/editais-2026/</w:t>
        </w:r>
      </w:hyperlink>
      <w:r w:rsidRPr="002E3BB6">
        <w:rPr>
          <w:rFonts w:ascii="Arial" w:hAnsi="Arial" w:cs="Arial"/>
          <w:sz w:val="24"/>
          <w:szCs w:val="24"/>
        </w:rPr>
        <w:t>.</w:t>
      </w:r>
    </w:p>
    <w:p w14:paraId="047549CE" w14:textId="77777777" w:rsidR="006A7295" w:rsidRPr="009F6539" w:rsidRDefault="002021A5" w:rsidP="001C4AF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Esclarecimentos: proppg.dri@ufersa.edu.br</w:t>
      </w:r>
    </w:p>
    <w:p w14:paraId="229D1A9C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lastRenderedPageBreak/>
        <w:t>E-mail *</w:t>
      </w:r>
    </w:p>
    <w:p w14:paraId="0012A40C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662C1DE0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9E53AC">
        <w:rPr>
          <w:rFonts w:ascii="Arial" w:hAnsi="Arial" w:cs="Arial"/>
          <w:sz w:val="24"/>
          <w:szCs w:val="24"/>
          <w:highlight w:val="yellow"/>
        </w:rPr>
        <w:t>[Preencher]</w:t>
      </w:r>
    </w:p>
    <w:p w14:paraId="4582F916" w14:textId="77777777" w:rsidR="006A7295" w:rsidRPr="009F6539" w:rsidRDefault="002021A5" w:rsidP="00DC2802">
      <w:pPr>
        <w:pStyle w:val="Ttulo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1. Identificação do proponente</w:t>
      </w:r>
    </w:p>
    <w:p w14:paraId="4C9A98E2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seus dados de identificação e contato. As comunicações individuais serão encaminhadas ao e-mail institucional indicado neste bloco.</w:t>
      </w:r>
    </w:p>
    <w:p w14:paraId="61E7F269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1.1. Nome completo do proponente *</w:t>
      </w:r>
    </w:p>
    <w:p w14:paraId="1A4B9DF5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61F7847D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9E53AC">
        <w:rPr>
          <w:rFonts w:ascii="Arial" w:hAnsi="Arial" w:cs="Arial"/>
          <w:sz w:val="24"/>
          <w:szCs w:val="24"/>
          <w:highlight w:val="yellow"/>
        </w:rPr>
        <w:t>[Preencher]</w:t>
      </w:r>
    </w:p>
    <w:p w14:paraId="6FA289FF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1.2. Matrícula SIAPE *</w:t>
      </w:r>
    </w:p>
    <w:p w14:paraId="4994ECA1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sua matrícula SIAPE, preservando eventuais zeros à esquerda.</w:t>
      </w:r>
    </w:p>
    <w:p w14:paraId="7146B307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404F0BE1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9E53AC">
        <w:rPr>
          <w:rFonts w:ascii="Arial" w:hAnsi="Arial" w:cs="Arial"/>
          <w:sz w:val="24"/>
          <w:szCs w:val="24"/>
          <w:highlight w:val="yellow"/>
        </w:rPr>
        <w:t>[Preencher]</w:t>
      </w:r>
    </w:p>
    <w:p w14:paraId="338785CA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1.3. E-mail institucional para comunicações *</w:t>
      </w:r>
    </w:p>
    <w:p w14:paraId="7124620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o e-mail institucional que acompanhará durante a seleção. Ele será utilizado para diligências e demais comunicações da PROPPG/DRI, podendo ser diferente da conta Google utilizada para acessar este formulário.</w:t>
      </w:r>
    </w:p>
    <w:p w14:paraId="1BD2C4D3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7FD5915D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9E53AC">
        <w:rPr>
          <w:rFonts w:ascii="Arial" w:hAnsi="Arial" w:cs="Arial"/>
          <w:sz w:val="24"/>
          <w:szCs w:val="24"/>
          <w:highlight w:val="yellow"/>
        </w:rPr>
        <w:t>[Preencher]</w:t>
      </w:r>
    </w:p>
    <w:p w14:paraId="3F369E43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1.4. Campus e unidade de lotação *</w:t>
      </w:r>
    </w:p>
    <w:p w14:paraId="2D62456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seu campus e sua unidade de lotação na UFERSA.</w:t>
      </w:r>
    </w:p>
    <w:p w14:paraId="2E0CA0A9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357C47FD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9E53AC">
        <w:rPr>
          <w:rFonts w:ascii="Arial" w:hAnsi="Arial" w:cs="Arial"/>
          <w:sz w:val="24"/>
          <w:szCs w:val="24"/>
          <w:highlight w:val="yellow"/>
        </w:rPr>
        <w:t>[Preencher]</w:t>
      </w:r>
    </w:p>
    <w:p w14:paraId="7BE29185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1.5. Link do Currículo Lattes *</w:t>
      </w:r>
    </w:p>
    <w:p w14:paraId="3DF588A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Cole o endereço completo do seu Currículo Lattes. Não é necessário anexar o currículo em PDF.</w:t>
      </w:r>
    </w:p>
    <w:p w14:paraId="0F87AFA8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636A7CB9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9E53AC">
        <w:rPr>
          <w:rFonts w:ascii="Arial" w:hAnsi="Arial" w:cs="Arial"/>
          <w:sz w:val="24"/>
          <w:szCs w:val="24"/>
          <w:highlight w:val="yellow"/>
        </w:rPr>
        <w:t>[Preencher]</w:t>
      </w:r>
    </w:p>
    <w:p w14:paraId="073FA3FF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1.6. Confirmação de vínculo com a UFERSA *</w:t>
      </w:r>
    </w:p>
    <w:p w14:paraId="2F83187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 participação nessa Chamada é destinada exclusivamente a docentes efetivos da UFERSA, conforme o item 4.1. Se você não atende a essa condição, não prossiga com o preenchimento.</w:t>
      </w:r>
    </w:p>
    <w:p w14:paraId="534F961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Marque todas que se aplicam.</w:t>
      </w:r>
    </w:p>
    <w:p w14:paraId="2F3D6438" w14:textId="77777777" w:rsidR="006A7295" w:rsidRPr="009F6539" w:rsidRDefault="00000000" w:rsidP="00DC2802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  <w:highlight w:val="yellow"/>
          </w:rPr>
          <w:id w:val="1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1A5" w:rsidRPr="001F1FD1">
            <w:rPr>
              <w:rFonts w:ascii="Segoe UI Symbol" w:hAnsi="Segoe UI Symbol" w:cs="Segoe UI Symbol"/>
              <w:sz w:val="24"/>
              <w:szCs w:val="24"/>
              <w:highlight w:val="yellow"/>
            </w:rPr>
            <w:t>☐</w:t>
          </w:r>
        </w:sdtContent>
      </w:sdt>
      <w:r w:rsidR="002021A5" w:rsidRPr="001F1FD1">
        <w:rPr>
          <w:rFonts w:ascii="Arial" w:hAnsi="Arial" w:cs="Arial"/>
          <w:sz w:val="24"/>
          <w:szCs w:val="24"/>
          <w:highlight w:val="yellow"/>
        </w:rPr>
        <w:t xml:space="preserve"> Declaro que sou docente efetivo da UFERSA.</w:t>
      </w:r>
    </w:p>
    <w:p w14:paraId="613A81D9" w14:textId="77777777" w:rsidR="006A7295" w:rsidRPr="009F6539" w:rsidRDefault="002021A5" w:rsidP="00DC2802">
      <w:pPr>
        <w:pStyle w:val="Ttulo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2. Caracterização do projeto</w:t>
      </w:r>
    </w:p>
    <w:p w14:paraId="1C9442F1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Apresente o projeto de forma objetiva. As respostas deste bloco subsidiarão a avaliação de mérito pelo GT. Os tamanhos de texto sugeridos são orientações de concisão, não limites obrigatórios. Não é necessário anexar um projeto completo.</w:t>
      </w:r>
    </w:p>
    <w:p w14:paraId="7ED8DA9C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2.1. Título do projeto *</w:t>
      </w:r>
    </w:p>
    <w:p w14:paraId="60478250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um título que identifique o objeto principal do projeto de PD&amp;I a ser desenvolvido com a Instituição Parceira. Preferencialmente, utilize até 20 palavras.</w:t>
      </w:r>
    </w:p>
    <w:p w14:paraId="325F29C7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07D294A8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349DB0F2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2.2. Problema, objetivo e produto ou processo pretendido *</w:t>
      </w:r>
    </w:p>
    <w:p w14:paraId="209A0B6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Descreva o problema, a demanda ou a oportunidade identificada com a Instituição Parceira. Explique o que o projeto pretende alcançar e qual produto ou processo será desenvolvido ou aprimorado.</w:t>
      </w:r>
    </w:p>
    <w:p w14:paraId="50B55AC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1.000 caracteres, incluindo espaços. Você pode organizar a resposta em tópicos.</w:t>
      </w:r>
    </w:p>
    <w:p w14:paraId="586903CC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4FC39215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1CC81BD4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2.3. Atividades e execução do projeto *</w:t>
      </w:r>
    </w:p>
    <w:p w14:paraId="43E05295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Apresente as principais etapas do projeto, indicando as atividades, os métodos ou procedimentos a serem utilizados e as entregas previstas. Informe os períodos em meses contados a partir do início do projeto, sem necessidade de indicar datas exatas.</w:t>
      </w:r>
    </w:p>
    <w:p w14:paraId="0FCCEB4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Você pode organizar a resposta neste formato:</w:t>
      </w:r>
    </w:p>
    <w:p w14:paraId="436BEC9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Etapa — atividades e procedimentos — entrega prevista — período de execução.</w:t>
      </w:r>
    </w:p>
    <w:p w14:paraId="1E616F1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1.800 caracteres, incluindo espaços. As atividades específicas das bolsas serão informadas no bloco de bolsas e vinculação acadêmica.</w:t>
      </w:r>
    </w:p>
    <w:p w14:paraId="1AEEE12E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59415ACE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3B457A69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2.4. Inovação e impactos esperados *</w:t>
      </w:r>
    </w:p>
    <w:p w14:paraId="7375E55C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Explique o que o produto ou processo pretendido acrescenta ou melhora em relação às soluções atualmente utilizadas ou disponíveis.</w:t>
      </w:r>
    </w:p>
    <w:p w14:paraId="0CECE4C0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Indique os principais impactos esperados, considerando os aspectos científicos, tecnológicos, econômicos, sociais ou ambientais pertinentes ao projeto. Informe quem poderá se beneficiar e como os resultados poderão ser verificados.</w:t>
      </w:r>
    </w:p>
    <w:p w14:paraId="771043A2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é necessário apresentar revisão bibliográfica ou levantamento de patentes.</w:t>
      </w:r>
    </w:p>
    <w:p w14:paraId="45FF8C4C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1.500 caracteres, incluindo espaços. Você pode organizar a resposta em tópicos.</w:t>
      </w:r>
    </w:p>
    <w:p w14:paraId="77B60F8E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1E7FB386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2416D5C0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2.5. Capacidade e viabilidade de execução *</w:t>
      </w:r>
    </w:p>
    <w:p w14:paraId="1B12F7D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 xml:space="preserve">Descreva brevemente a experiência e as competências do proponente e dos </w:t>
      </w:r>
      <w:proofErr w:type="spellStart"/>
      <w:r w:rsidRPr="009F6539">
        <w:rPr>
          <w:rFonts w:ascii="Arial" w:hAnsi="Arial" w:cs="Arial"/>
          <w:sz w:val="24"/>
          <w:szCs w:val="24"/>
        </w:rPr>
        <w:t>PPGs</w:t>
      </w:r>
      <w:proofErr w:type="spellEnd"/>
      <w:r w:rsidRPr="009F6539">
        <w:rPr>
          <w:rFonts w:ascii="Arial" w:hAnsi="Arial" w:cs="Arial"/>
          <w:sz w:val="24"/>
          <w:szCs w:val="24"/>
        </w:rPr>
        <w:t xml:space="preserve"> envolvidos que contribuirão para a execução do projeto. Indique a infraestrutura da UFERSA disponível para as atividades previstas.</w:t>
      </w:r>
    </w:p>
    <w:p w14:paraId="41BA21A9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se a execução depende de recursos, acesso a instalações, autorizações ou outras condições ainda não asseguradas e como pretende viabilizá-las. Caso não existam pendências dessa natureza, declare essa condição.</w:t>
      </w:r>
    </w:p>
    <w:p w14:paraId="1CAA193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é necessário reproduzir o Currículo Lattes nem anexar comprovantes ou autorizações neste campo. A participação e a infraestrutura da Instituição Parceira serão informadas no próximo bloco.</w:t>
      </w:r>
    </w:p>
    <w:p w14:paraId="44968ED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1.200 caracteres, incluindo espaços. Você pode organizar a resposta em tópicos.</w:t>
      </w:r>
    </w:p>
    <w:p w14:paraId="5EF21CCD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0947D0BF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231FF4EC" w14:textId="77777777" w:rsidR="006A7295" w:rsidRPr="009F6539" w:rsidRDefault="002021A5" w:rsidP="00DC2802">
      <w:pPr>
        <w:pStyle w:val="Ttulo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3. Instituições Parceiras</w:t>
      </w:r>
    </w:p>
    <w:p w14:paraId="1C03CAC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as Instituições Parceiras que participarão do projeto e a contribuição de cada uma para sua execução.</w:t>
      </w:r>
    </w:p>
    <w:p w14:paraId="5887850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Identifique cada instituição por um código: P1, P2, P3 e assim por diante. Utilize os mesmos códigos nas demais respostas do formulário, inclusive nos blocos de bolsas, contrapartidas e documentos.</w:t>
      </w:r>
    </w:p>
    <w:p w14:paraId="6207D2C8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houver apenas uma Instituição Parceira, utilize P1. Quando houver mais de uma, apresente as informações de cada instituição separadamente dentro do mesmo campo de resposta.</w:t>
      </w:r>
    </w:p>
    <w:p w14:paraId="612E300D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3.1. Identificação das Instituições Parceiras *</w:t>
      </w:r>
    </w:p>
    <w:p w14:paraId="43F6440E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Instituição Parceira, informe:</w:t>
      </w:r>
    </w:p>
    <w:p w14:paraId="599DA50D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Código de identificação: P1, P2, P3 etc.</w:t>
      </w:r>
    </w:p>
    <w:p w14:paraId="0FD1C702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Nome ou razão social.</w:t>
      </w:r>
    </w:p>
    <w:p w14:paraId="7DCC3EB0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• CNPJ.</w:t>
      </w:r>
    </w:p>
    <w:p w14:paraId="1F8DD12A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Tipo de instituição: empresa, órgão governamental ou entidade do terceiro setor.</w:t>
      </w:r>
    </w:p>
    <w:p w14:paraId="1E9DE90A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Município e UF.</w:t>
      </w:r>
    </w:p>
    <w:p w14:paraId="2B01E1A0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Principal atividade ou área de atuação.</w:t>
      </w:r>
    </w:p>
    <w:p w14:paraId="02398B6C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Nome, cargo ou função e e-mail da pessoa de contato.</w:t>
      </w:r>
    </w:p>
    <w:p w14:paraId="74A66EF8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Separe as instituições por uma linha em branco. Se houver apenas uma, utilize P1.</w:t>
      </w:r>
    </w:p>
    <w:p w14:paraId="2FFC1DE7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 pessoa de contato não precisa ser o representante legal responsável pela assinatura dos documentos.</w:t>
      </w:r>
    </w:p>
    <w:p w14:paraId="7613F06B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75FB4057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42E03308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3.2. Enquadramento das empresas parceiras por receita *</w:t>
      </w:r>
    </w:p>
    <w:p w14:paraId="2E12834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empresa parceira, informe se sua receita operacional bruta anual é superior a R$ 4.800.000,00. Utilize os códigos definidos na pergunta anterior e uma das respostas: Sim, Não ou A confirmar.</w:t>
      </w:r>
    </w:p>
    <w:p w14:paraId="1742748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Exemplo:</w:t>
      </w:r>
    </w:p>
    <w:p w14:paraId="6B7C90E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P1 — Sim.</w:t>
      </w:r>
    </w:p>
    <w:p w14:paraId="24CF69B9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P2 — Não.</w:t>
      </w:r>
    </w:p>
    <w:p w14:paraId="4417B17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P3 — A confirmar.</w:t>
      </w:r>
    </w:p>
    <w:p w14:paraId="5BFF8169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Essa informação será utilizada para verificar a exigência de contrapartida financeira aplicável à empresa. Não é necessário informar o valor exato da receita nem anexar comprovantes neste campo.</w:t>
      </w:r>
    </w:p>
    <w:p w14:paraId="741483E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o projeto não envolver empresas parceiras, responda “Não se aplica”.</w:t>
      </w:r>
    </w:p>
    <w:p w14:paraId="5215A1FE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22F45C06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137B285A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3.3. Cadastro das Instituições Parceiras no Diretório de Instituições do CNPq *</w:t>
      </w:r>
    </w:p>
    <w:p w14:paraId="76C7B3D2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a situação de cada Instituição Parceira no Diretório de Instituições do CNPq, utilizando os mesmos códigos das respostas anteriores e uma das opções: Cadastrada, Não cadastrada ou Cadastro ainda não verificado.</w:t>
      </w:r>
    </w:p>
    <w:p w14:paraId="664A8928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Exemplo:</w:t>
      </w:r>
    </w:p>
    <w:p w14:paraId="547CA5C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P1 — Cadastrada.</w:t>
      </w:r>
    </w:p>
    <w:p w14:paraId="4CF008B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P2 — Não cadastrada.</w:t>
      </w:r>
    </w:p>
    <w:p w14:paraId="2F8A9338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P3 — Cadastro ainda não verificado.</w:t>
      </w:r>
    </w:p>
    <w:p w14:paraId="723E9D2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Não é necessário anexar comprovante neste campo. O cadastro poderá ser regularizado posteriormente, devendo estar concluído antes da submissão da proposta institucional ao CNPq, conforme a Chamada Interna.</w:t>
      </w:r>
    </w:p>
    <w:p w14:paraId="67203B95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5A9AAF8D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7B4D87B1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3.4. Participação das Instituições Parceiras no projeto *</w:t>
      </w:r>
    </w:p>
    <w:p w14:paraId="685B787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Instituição Parceira, utilizando os códigos P1, P2, P3 etc., descreva:</w:t>
      </w:r>
    </w:p>
    <w:p w14:paraId="1829BECF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Como participou da identificação da demanda e da construção do projeto.</w:t>
      </w:r>
    </w:p>
    <w:p w14:paraId="1489C08D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Quais atividades e responsabilidades assumirá durante a execução.</w:t>
      </w:r>
    </w:p>
    <w:p w14:paraId="03ACA14A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Que infraestrutura, dados, materiais ou acesso a instalações disponibilizará, quando aplicável.</w:t>
      </w:r>
    </w:p>
    <w:p w14:paraId="10B452F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Apresente as informações de cada instituição separadamente. Os valores das contrapartidas serão informados em bloco próprio.</w:t>
      </w:r>
    </w:p>
    <w:p w14:paraId="70DFF20C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900 caracteres por instituição, incluindo espaços. Você pode organizar a resposta em tópicos.</w:t>
      </w:r>
    </w:p>
    <w:p w14:paraId="5A559D29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217B0FD4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091AFB01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3.5. Histórico de cooperação das Instituições Parceiras *</w:t>
      </w:r>
    </w:p>
    <w:p w14:paraId="6B1C17AC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Instituição Parceira, utilizando os códigos P1, P2, P3 etc., informe experiências de cooperação em pesquisa, desenvolvimento e inovação com a UFERSA ou com outras instituições.</w:t>
      </w:r>
    </w:p>
    <w:p w14:paraId="2FC5182C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Apresente até dois exemplos relevantes, preferencialmente dos últimos quatro anos, indicando a instituição envolvida, o objeto da cooperação, o período e os principais resultados.</w:t>
      </w:r>
    </w:p>
    <w:p w14:paraId="373D1F09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não houver histórico de cooperação, informe essa condição. Caso seja a primeira parceria com a UFERSA, indique também essa informação.</w:t>
      </w:r>
    </w:p>
    <w:p w14:paraId="3EDC67F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é necessário anexar comprovantes neste campo.</w:t>
      </w:r>
    </w:p>
    <w:p w14:paraId="288C9A4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800 caracteres por instituição, incluindo espaços.</w:t>
      </w:r>
    </w:p>
    <w:p w14:paraId="3507C786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067E33D4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3296FED1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lastRenderedPageBreak/>
        <w:t>3.6. Acompanhamento do projeto nas Instituições Parceiras *</w:t>
      </w:r>
    </w:p>
    <w:p w14:paraId="65BA779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Instituição Parceira, utilizando os códigos P1, P2, P3 etc., informe o nome e o cargo ou função do profissional previsto para acompanhar as atividades do projeto na instituição.</w:t>
      </w:r>
    </w:p>
    <w:p w14:paraId="3D8B73C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houver mais de um profissional, indique a atuação de cada um. Caso seja a mesma pessoa informada como contato na pergunta 3.1, basta registrar essa condição.</w:t>
      </w:r>
    </w:p>
    <w:p w14:paraId="29E5D73D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o profissional ainda não estiver definido, informe como a instituição pretende organizar esse acompanhamento.</w:t>
      </w:r>
    </w:p>
    <w:p w14:paraId="717F043E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é necessário anexar documento de designação nesta etapa.</w:t>
      </w:r>
    </w:p>
    <w:p w14:paraId="30D2AA7F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1CE39A3D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62A0D04D" w14:textId="77777777" w:rsidR="006A7295" w:rsidRPr="009F6539" w:rsidRDefault="002021A5" w:rsidP="00DC2802">
      <w:pPr>
        <w:pStyle w:val="Ttulo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4. Bolsas e vinculação acadêmica</w:t>
      </w:r>
    </w:p>
    <w:p w14:paraId="4E641860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as bolsas solicitadas para o projeto, suas atividades e os Programas de Pós-Graduação (</w:t>
      </w:r>
      <w:proofErr w:type="spellStart"/>
      <w:r w:rsidRPr="009F6539">
        <w:rPr>
          <w:rFonts w:ascii="Arial" w:hAnsi="Arial" w:cs="Arial"/>
          <w:sz w:val="24"/>
          <w:szCs w:val="24"/>
        </w:rPr>
        <w:t>PPGs</w:t>
      </w:r>
      <w:proofErr w:type="spellEnd"/>
      <w:r w:rsidRPr="009F6539">
        <w:rPr>
          <w:rFonts w:ascii="Arial" w:hAnsi="Arial" w:cs="Arial"/>
          <w:sz w:val="24"/>
          <w:szCs w:val="24"/>
        </w:rPr>
        <w:t>) de vinculação.</w:t>
      </w:r>
    </w:p>
    <w:p w14:paraId="7108051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 projeto deverá solicitar pelo menos uma bolsa de mestrado (GM) ou de doutorado (GD). Poderá também solicitar bolsas de Iniciação Tecnológica e Industrial (ITI), conforme a Chamada Interna.</w:t>
      </w:r>
    </w:p>
    <w:p w14:paraId="5BB965D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 xml:space="preserve">O próprio proponente será responsável pela orientação das bolsas GM e GD, devendo ser docente permanente dos respectivos </w:t>
      </w:r>
      <w:proofErr w:type="spellStart"/>
      <w:r w:rsidRPr="009F6539">
        <w:rPr>
          <w:rFonts w:ascii="Arial" w:hAnsi="Arial" w:cs="Arial"/>
          <w:sz w:val="24"/>
          <w:szCs w:val="24"/>
        </w:rPr>
        <w:t>PPGs</w:t>
      </w:r>
      <w:proofErr w:type="spellEnd"/>
      <w:r w:rsidRPr="009F6539">
        <w:rPr>
          <w:rFonts w:ascii="Arial" w:hAnsi="Arial" w:cs="Arial"/>
          <w:sz w:val="24"/>
          <w:szCs w:val="24"/>
        </w:rPr>
        <w:t xml:space="preserve"> e estar apto a orientar no nível solicitado. As bolsas poderão ser vinculadas a diferentes </w:t>
      </w:r>
      <w:proofErr w:type="spellStart"/>
      <w:r w:rsidRPr="009F6539">
        <w:rPr>
          <w:rFonts w:ascii="Arial" w:hAnsi="Arial" w:cs="Arial"/>
          <w:sz w:val="24"/>
          <w:szCs w:val="24"/>
        </w:rPr>
        <w:t>PPGs</w:t>
      </w:r>
      <w:proofErr w:type="spellEnd"/>
      <w:r w:rsidRPr="009F6539">
        <w:rPr>
          <w:rFonts w:ascii="Arial" w:hAnsi="Arial" w:cs="Arial"/>
          <w:sz w:val="24"/>
          <w:szCs w:val="24"/>
        </w:rPr>
        <w:t>, observadas essas condições.</w:t>
      </w:r>
    </w:p>
    <w:p w14:paraId="728461A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é necessário indicar estudantes nesta etapa. Utilize os códigos P1, P2, P3 etc. para identificar as Instituições Parceiras vinculadas às bolsas.</w:t>
      </w:r>
    </w:p>
    <w:p w14:paraId="5BA47773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4.1. Quantidade de bolsas de mestrado (GM) solicitadas *</w:t>
      </w:r>
    </w:p>
    <w:p w14:paraId="4F8760CD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a quantidade de bolsas de mestrado (GM) solicitadas para o projeto. Caso não solicite bolsas dessa modalidade, informe 0.</w:t>
      </w:r>
    </w:p>
    <w:p w14:paraId="1799732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 projeto deverá solicitar pelo menos uma bolsa GM ou GD.</w:t>
      </w:r>
    </w:p>
    <w:p w14:paraId="74E2D74F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3D6AEA7C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49B26965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4.2. Quantidade de bolsas de doutorado (GD) solicitadas *</w:t>
      </w:r>
    </w:p>
    <w:p w14:paraId="5C821311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a quantidade de bolsas de doutorado (GD) solicitadas para o projeto. Caso não solicite bolsas dessa modalidade, informe 0.</w:t>
      </w:r>
    </w:p>
    <w:p w14:paraId="0522690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 projeto deverá solicitar pelo menos uma bolsa GM ou GD. Portanto, as quantidades informadas nas perguntas 4.1 e 4.2 não poderão ser ambas iguais a zero.</w:t>
      </w:r>
    </w:p>
    <w:p w14:paraId="142473C3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Resposta a preparar — escreva aqui:</w:t>
      </w:r>
    </w:p>
    <w:p w14:paraId="5579AC1F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37CD0884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4.3. Vinculação e atividades das bolsas GM e GD *</w:t>
      </w:r>
    </w:p>
    <w:p w14:paraId="4FCC6EF8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bolsa GM ou GD solicitada, informe:</w:t>
      </w:r>
    </w:p>
    <w:p w14:paraId="70C9F0B7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Identificação da bolsa: GM-1, GM-2, GD-1, GD-2 etc.</w:t>
      </w:r>
    </w:p>
    <w:p w14:paraId="0E248768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Nome do PPG de vinculação.</w:t>
      </w:r>
    </w:p>
    <w:p w14:paraId="2A6B5C0D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Instituição ou Instituições Parceiras envolvidas, utilizando os códigos P1, P2, P3 etc.</w:t>
      </w:r>
    </w:p>
    <w:p w14:paraId="73B72C32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Atividades de pesquisa previstas e sua contribuição para o projeto de PD&amp;I e para a dissertação ou tese.</w:t>
      </w:r>
    </w:p>
    <w:p w14:paraId="55277352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Justificativa da necessidade da bolsa.</w:t>
      </w:r>
    </w:p>
    <w:p w14:paraId="6580060D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Separe as bolsas por uma linha em branco. Quando solicitar mais de uma, esclareça como suas atividades se diferenciam ou se complementam.</w:t>
      </w:r>
    </w:p>
    <w:p w14:paraId="7B7504D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 quantidade de bolsas descritas deverá corresponder aos totais informados nas perguntas 4.1 e 4.2. O próprio proponente será o orientador. Não indique estudantes nesta etapa.</w:t>
      </w:r>
    </w:p>
    <w:p w14:paraId="5347064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 para as atividades e a justificativa: até 500 caracteres por bolsa, incluindo espaços.</w:t>
      </w:r>
    </w:p>
    <w:p w14:paraId="66C84308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2BC06C10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0FFE79B5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4.4. Quantidade de bolsas de Iniciação Tecnológica e Industrial (ITI) solicitadas *</w:t>
      </w:r>
    </w:p>
    <w:p w14:paraId="308FCAB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a quantidade de bolsas de Iniciação Tecnológica e Industrial (ITI) solicitadas para apoiar as atividades do projeto. Caso não solicite bolsas dessa modalidade, informe 0.</w:t>
      </w:r>
    </w:p>
    <w:p w14:paraId="17602CD7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As atividades e a justificativa dessa solicitação serão informadas na próxima pergunta.</w:t>
      </w:r>
    </w:p>
    <w:p w14:paraId="5FA4F897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56E19371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26E2470B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4.5. Atividades e justificativa das bolsas ITI *</w:t>
      </w:r>
    </w:p>
    <w:p w14:paraId="51CC478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informou 0 na pergunta 4.4, escreva: “Não solicito bolsas ITI”.</w:t>
      </w:r>
    </w:p>
    <w:p w14:paraId="24E14B1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solicitou bolsas ITI, descreva as atividades previstas e justifique a quantidade solicitada. Explique como essas atividades apoiarão as pesquisas das bolsas GM e/ou GD identificadas na pergunta 4.3, utilizando os códigos GM-1, GD-1 etc.</w:t>
      </w:r>
    </w:p>
    <w:p w14:paraId="720B19B5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solicitar mais de uma bolsa ITI, indique como as atividades serão distribuídas entre elas. Não é necessário indicar estudantes nesta etapa.</w:t>
      </w:r>
    </w:p>
    <w:p w14:paraId="2EE618DC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800 caracteres, incluindo espaços.</w:t>
      </w:r>
    </w:p>
    <w:p w14:paraId="4C547D2C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6052E53D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67313059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lastRenderedPageBreak/>
        <w:t xml:space="preserve">4.6. Vínculo com os </w:t>
      </w:r>
      <w:proofErr w:type="spellStart"/>
      <w:r w:rsidRPr="009F6539">
        <w:rPr>
          <w:rFonts w:ascii="Arial" w:hAnsi="Arial" w:cs="Arial"/>
          <w:szCs w:val="24"/>
        </w:rPr>
        <w:t>PPGs</w:t>
      </w:r>
      <w:proofErr w:type="spellEnd"/>
      <w:r w:rsidRPr="009F6539">
        <w:rPr>
          <w:rFonts w:ascii="Arial" w:hAnsi="Arial" w:cs="Arial"/>
          <w:szCs w:val="24"/>
        </w:rPr>
        <w:t xml:space="preserve"> e orientações em andamento *</w:t>
      </w:r>
    </w:p>
    <w:p w14:paraId="6518A258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PPG indicado na pergunta 4.3, informe:</w:t>
      </w:r>
    </w:p>
    <w:p w14:paraId="7D18E5E7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Nome do PPG.</w:t>
      </w:r>
    </w:p>
    <w:p w14:paraId="3F38CA40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É docente permanente nesse Programa? Sim ou Não.</w:t>
      </w:r>
    </w:p>
    <w:p w14:paraId="00B3D27E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Está apto a orientar no nível solicitado, conforme as normas do Programa? Informe separadamente para mestrado e doutorado, quando solicitar bolsas dos dois níveis.</w:t>
      </w:r>
    </w:p>
    <w:p w14:paraId="0D9EEC11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Quantidade de orientações de mestrado atualmente sob sua responsabilidade como orientador principal nesse PPG.</w:t>
      </w:r>
    </w:p>
    <w:p w14:paraId="24D2F5CF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Quantidade de orientações de doutorado atualmente sob sua responsabilidade como orientador principal nesse PPG.</w:t>
      </w:r>
    </w:p>
    <w:p w14:paraId="4C2CDCEE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0 quando não houver orientações em andamento. Não inclua coorientações nem nomes de estudantes.</w:t>
      </w:r>
    </w:p>
    <w:p w14:paraId="702466A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Apresente cada PPG uma única vez, separando os registros por uma linha em branco.</w:t>
      </w:r>
    </w:p>
    <w:p w14:paraId="3F83AC4D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3975DB51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796B87FE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4.7. Outros compromissos e disponibilidade para execução *</w:t>
      </w:r>
    </w:p>
    <w:p w14:paraId="2D4D05B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outros compromissos acadêmicos ou de execução de projetos que possam afetar sua disponibilidade para assumir as orientações e as atividades propostas. Explique brevemente como pretende compatibilizá-los com este projeto.</w:t>
      </w:r>
    </w:p>
    <w:p w14:paraId="7EE24E91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repita as quantidades de orientações já informadas na pergunta 4.6.</w:t>
      </w:r>
    </w:p>
    <w:p w14:paraId="4AED1D3E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Caso não existam outros compromissos relevantes a informar, escreva: “Não há outros compromissos a informar”.</w:t>
      </w:r>
    </w:p>
    <w:p w14:paraId="0587A41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500 caracteres, incluindo espaços.</w:t>
      </w:r>
    </w:p>
    <w:p w14:paraId="3FAE2A7E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17A10974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17F46D47" w14:textId="77777777" w:rsidR="006A7295" w:rsidRPr="009F6539" w:rsidRDefault="002021A5" w:rsidP="00DC2802">
      <w:pPr>
        <w:pStyle w:val="Ttulo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5. Contrapartidas das Instituições Parceiras</w:t>
      </w:r>
    </w:p>
    <w:p w14:paraId="1710F0D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os valores e a natureza das contrapartidas preliminarmente acordadas com as Instituições Parceiras, utilizando os mesmos códigos P1, P2, P3 etc.</w:t>
      </w:r>
    </w:p>
    <w:p w14:paraId="7FF557B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Os valores deverão corresponder ao período total do projeto, e não a valores mensais, e ser coerentes com as Declarações de Ciência e Interesse das Instituições Parceiras.</w:t>
      </w:r>
    </w:p>
    <w:p w14:paraId="0232732E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contabilize o mesmo aporte mais de uma vez. Diferencie os recursos financeiros dos bens e serviços economicamente mensuráveis, observadas as regras da Chamada Interna.</w:t>
      </w:r>
    </w:p>
    <w:p w14:paraId="647956A5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 Anexo IV da chamada do CNPq/CAPES e o Cronograma de Aporte das Contrapartidas serão exigidos posteriormente dos projetos selecionados.</w:t>
      </w:r>
    </w:p>
    <w:p w14:paraId="1DFDD4DB" w14:textId="77777777" w:rsidR="006A7295" w:rsidRPr="009F6539" w:rsidRDefault="002021A5" w:rsidP="00DC2802">
      <w:pPr>
        <w:pStyle w:val="Ttulo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Orientações para informar as contrapartidas</w:t>
      </w:r>
    </w:p>
    <w:p w14:paraId="2DDBA908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Considere os seguintes valores mínimos de contrapartida:</w:t>
      </w:r>
    </w:p>
    <w:p w14:paraId="5EF058B8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R$ 15.000,00 por bolsa de mestrado (GM).</w:t>
      </w:r>
    </w:p>
    <w:p w14:paraId="45886941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R$ 30.000,00 por bolsa de doutorado (GD).</w:t>
      </w:r>
    </w:p>
    <w:p w14:paraId="1D3AB75C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As bolsas ITI não geram exigência adicional de contrapartida mínima.</w:t>
      </w:r>
    </w:p>
    <w:p w14:paraId="7099089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Esses valores correspondem ao total por bolsa, não a parcelas mensais.</w:t>
      </w:r>
    </w:p>
    <w:p w14:paraId="39EC0763" w14:textId="577C4062" w:rsidR="006A7295" w:rsidRPr="009F6539" w:rsidRDefault="000262A2" w:rsidP="00DC2802">
      <w:pPr>
        <w:jc w:val="both"/>
        <w:rPr>
          <w:rFonts w:ascii="Arial" w:hAnsi="Arial" w:cs="Arial"/>
          <w:sz w:val="24"/>
          <w:szCs w:val="24"/>
        </w:rPr>
      </w:pPr>
      <w:r w:rsidRPr="000262A2">
        <w:rPr>
          <w:rFonts w:ascii="Arial" w:hAnsi="Arial" w:cs="Arial"/>
          <w:sz w:val="24"/>
          <w:szCs w:val="24"/>
        </w:rPr>
        <w:t>Para empresas com receita operacional bruta anual superior a R$ 4.800.000,00, pelo menos 50% do valor da contrapartida deverá ser aportado em recursos financeiros, conforme o item 8.2 da Chamada Interna.</w:t>
      </w:r>
    </w:p>
    <w:p w14:paraId="2EE43C27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As contrapartidas econômicas deverão estar relacionadas à execução do projeto e observar as regras de valoração da chamada do CNPq/CAPES. Horas de pessoal e taxas administrativas de fundação de apoio não poderão ser contabilizadas para atendimento da contrapartida mínima.</w:t>
      </w:r>
    </w:p>
    <w:p w14:paraId="04E4802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Quando houver mais de uma Instituição Parceira, identifique a contribuição de cada uma, sem contabilizar o mesmo aporte mais de uma vez.</w:t>
      </w:r>
    </w:p>
    <w:p w14:paraId="4D1640A6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5.1. Contrapartidas previstas por Instituição Parceira *</w:t>
      </w:r>
    </w:p>
    <w:p w14:paraId="69BAF545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Instituição Parceira, informe:</w:t>
      </w:r>
    </w:p>
    <w:p w14:paraId="44605785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Código e nome da instituição: P1, P2, P3 etc.</w:t>
      </w:r>
    </w:p>
    <w:p w14:paraId="3F0A6208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Bolsas GM e/ou GD às quais o aporte está vinculado, utilizando os códigos da pergunta 4.3.</w:t>
      </w:r>
    </w:p>
    <w:p w14:paraId="0C5FA925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Valor total da contrapartida financeira, em reais.</w:t>
      </w:r>
    </w:p>
    <w:p w14:paraId="4CE8BAEB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Valor total da contrapartida econômica, em reais.</w:t>
      </w:r>
    </w:p>
    <w:p w14:paraId="1757B858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Breve descrição dos recursos financeiros e dos bens ou serviços que compõem os valores informados.</w:t>
      </w:r>
    </w:p>
    <w:p w14:paraId="1B47BBD2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0 quando não houver aporte de uma das naturezas. Se a instituição não aportar contrapartida, registre “Sem aporte de contrapartida”; sua participação deverá estar descrita na pergunta 3.4.</w:t>
      </w:r>
    </w:p>
    <w:p w14:paraId="29FD3571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Quando o aporte atender a mais de uma bolsa, indique sua distribuição entre elas, distinguindo as parcelas financeiras e econômicas. Essa distribuição integra os totais da instituição e não deverá ser somada novamente.</w:t>
      </w:r>
    </w:p>
    <w:p w14:paraId="71F7F4D5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Separe as instituições por uma linha em branco. Informe valores referentes ao período total do projeto, coerentes com as respectivas Declarações de Ciência e Interesse.</w:t>
      </w:r>
    </w:p>
    <w:p w14:paraId="507885D7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 para a descrição dos componentes: até 500 caracteres por instituição, incluindo espaços.</w:t>
      </w:r>
    </w:p>
    <w:p w14:paraId="3AB369B0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0FEA63F3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1F1FD1">
        <w:rPr>
          <w:rFonts w:ascii="Arial" w:hAnsi="Arial" w:cs="Arial"/>
          <w:sz w:val="24"/>
          <w:szCs w:val="24"/>
          <w:highlight w:val="yellow"/>
        </w:rPr>
        <w:t>[Preencher]</w:t>
      </w:r>
    </w:p>
    <w:p w14:paraId="2E09210B" w14:textId="77777777" w:rsidR="006A7295" w:rsidRPr="009F6539" w:rsidRDefault="002021A5" w:rsidP="00DC2802">
      <w:pPr>
        <w:pStyle w:val="Ttulo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6. Documentos</w:t>
      </w:r>
    </w:p>
    <w:p w14:paraId="2F456C9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Anexe, em PDF, a Declaração de Ciência e Interesse de cada Instituição Parceira e a comprovação da anuência do Colegiado de cada PPG indicado para vinculação das bolsas GM e/ou GD.</w:t>
      </w:r>
    </w:p>
    <w:p w14:paraId="15632B7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Nos campos próprios, informe a situação dos documentos e explique eventuais pendências. O registro de uma pendência não dispensa o requisito nem garante sua regularização ou a habilitação do projeto.</w:t>
      </w:r>
    </w:p>
    <w:p w14:paraId="1887CCA0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 anuência do Colegiado do PPG deverá ter sido concedida até a data de envio desta manifestação de interesse. Eventual pendência de comprovação documental será analisada conforme as regras da Chamada Interna.</w:t>
      </w:r>
    </w:p>
    <w:p w14:paraId="2CC1DFC8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é necessário anexar projeto completo, Currículo Lattes, Anexo IV da chamada do CNPq/CAPES ou Cronograma de Aporte das Contrapartidas nesta etapa.</w:t>
      </w:r>
    </w:p>
    <w:p w14:paraId="24B2C457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6.1. Declarações de Ciência e Interesse das Instituições Parceiras</w:t>
      </w:r>
    </w:p>
    <w:p w14:paraId="7922F86C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Anexe a Declaração de Ciência e Interesse de cada Instituição Parceira, devidamente preenchida e assinada, conforme o modelo disponibilizado pela PROPPG.</w:t>
      </w:r>
    </w:p>
    <w:p w14:paraId="4DA137A0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Identifique os arquivos com os códigos utilizados no formulário. Exemplo: P1_EmpresaAlfa.pdf.</w:t>
      </w:r>
    </w:p>
    <w:p w14:paraId="3CDFE0A6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Você poderá enviar arquivos separados ou reunir as declarações em um único PDF, mantendo cada instituição claramente identificada. Se necessário, agrupe os documentos para respeitar o limite de arquivos do campo.</w:t>
      </w:r>
    </w:p>
    <w:p w14:paraId="73BA0CE1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a situação dos documentos e explique eventuais pendências na próxima pergunta. A ausência de arquivo neste campo não dispensa a exigência documental prevista na Chamada Interna.</w:t>
      </w:r>
    </w:p>
    <w:p w14:paraId="438D0601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Arquivos a preparar para envio — anote os nomes aqui:</w:t>
      </w:r>
    </w:p>
    <w:p w14:paraId="142C2E5B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495343">
        <w:rPr>
          <w:rFonts w:ascii="Arial" w:hAnsi="Arial" w:cs="Arial"/>
          <w:sz w:val="24"/>
          <w:szCs w:val="24"/>
          <w:highlight w:val="yellow"/>
        </w:rPr>
        <w:t>[Preencher]</w:t>
      </w:r>
    </w:p>
    <w:p w14:paraId="7DFB124D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6.2. Situação das declarações das Instituições Parceiras *</w:t>
      </w:r>
    </w:p>
    <w:p w14:paraId="23FA0B7C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Informe a situação da Declaração de Ciência e Interesse de cada Instituição Parceira, utilizando os códigos P1, P2, P3 etc. e uma das opções:</w:t>
      </w:r>
    </w:p>
    <w:p w14:paraId="4A976319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Anexada.</w:t>
      </w:r>
    </w:p>
    <w:p w14:paraId="2CC181C3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Anexada com pendência — explique qual.</w:t>
      </w:r>
    </w:p>
    <w:p w14:paraId="169BDADA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Não anexada — explique o motivo.</w:t>
      </w:r>
    </w:p>
    <w:p w14:paraId="74279BD5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Exemplo:</w:t>
      </w:r>
    </w:p>
    <w:p w14:paraId="10886AA0" w14:textId="77777777" w:rsidR="00BD0592" w:rsidRPr="00BD0592" w:rsidRDefault="00BD0592" w:rsidP="00BD0592">
      <w:pPr>
        <w:jc w:val="both"/>
        <w:rPr>
          <w:rFonts w:ascii="Arial" w:hAnsi="Arial" w:cs="Arial"/>
          <w:sz w:val="24"/>
          <w:szCs w:val="24"/>
        </w:rPr>
      </w:pPr>
      <w:r w:rsidRPr="00BD0592">
        <w:rPr>
          <w:rFonts w:ascii="Arial" w:hAnsi="Arial" w:cs="Arial"/>
          <w:sz w:val="24"/>
          <w:szCs w:val="24"/>
        </w:rPr>
        <w:t>P1 — Anexada.</w:t>
      </w:r>
    </w:p>
    <w:p w14:paraId="5C6F42C8" w14:textId="77777777" w:rsidR="00BD0592" w:rsidRPr="00BD0592" w:rsidRDefault="00BD0592" w:rsidP="00BD0592">
      <w:pPr>
        <w:jc w:val="both"/>
        <w:rPr>
          <w:rFonts w:ascii="Arial" w:hAnsi="Arial" w:cs="Arial"/>
          <w:sz w:val="24"/>
          <w:szCs w:val="24"/>
        </w:rPr>
      </w:pPr>
      <w:r w:rsidRPr="00BD0592">
        <w:rPr>
          <w:rFonts w:ascii="Arial" w:hAnsi="Arial" w:cs="Arial"/>
          <w:sz w:val="24"/>
          <w:szCs w:val="24"/>
        </w:rPr>
        <w:t>P2 — Anexada com pendência — arquivo parcialmente ilegível.</w:t>
      </w:r>
    </w:p>
    <w:p w14:paraId="3D2AFD0B" w14:textId="3361D783" w:rsidR="006A7295" w:rsidRPr="009F6539" w:rsidRDefault="00BD0592" w:rsidP="00BD0592">
      <w:pPr>
        <w:jc w:val="both"/>
        <w:rPr>
          <w:rFonts w:ascii="Arial" w:hAnsi="Arial" w:cs="Arial"/>
          <w:sz w:val="24"/>
          <w:szCs w:val="24"/>
        </w:rPr>
      </w:pPr>
      <w:r w:rsidRPr="00BD0592">
        <w:rPr>
          <w:rFonts w:ascii="Arial" w:hAnsi="Arial" w:cs="Arial"/>
          <w:sz w:val="24"/>
          <w:szCs w:val="24"/>
        </w:rPr>
        <w:t>P3 — Não anexada — informe o motivo e a situação do documento.</w:t>
      </w:r>
    </w:p>
    <w:p w14:paraId="353A62FE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reuniu declarações em um único PDF, indique o nome do arquivo e as instituições nele incluídas.</w:t>
      </w:r>
    </w:p>
    <w:p w14:paraId="1BF47581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As pendências serão analisadas conforme a Chamada Interna. Seu registro não dispensa requisitos nem garante a possibilidade de regularização ou a habilitação do projeto.</w:t>
      </w:r>
    </w:p>
    <w:p w14:paraId="0C4C976E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715A07F6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495343">
        <w:rPr>
          <w:rFonts w:ascii="Arial" w:hAnsi="Arial" w:cs="Arial"/>
          <w:sz w:val="24"/>
          <w:szCs w:val="24"/>
          <w:highlight w:val="yellow"/>
        </w:rPr>
        <w:t>[Preencher]</w:t>
      </w:r>
    </w:p>
    <w:p w14:paraId="25F060A1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 xml:space="preserve">6.3. Situação da anuência dos Colegiados dos </w:t>
      </w:r>
      <w:proofErr w:type="spellStart"/>
      <w:r w:rsidRPr="009F6539">
        <w:rPr>
          <w:rFonts w:ascii="Arial" w:hAnsi="Arial" w:cs="Arial"/>
          <w:szCs w:val="24"/>
        </w:rPr>
        <w:t>PPGs</w:t>
      </w:r>
      <w:proofErr w:type="spellEnd"/>
      <w:r w:rsidRPr="009F6539">
        <w:rPr>
          <w:rFonts w:ascii="Arial" w:hAnsi="Arial" w:cs="Arial"/>
          <w:szCs w:val="24"/>
        </w:rPr>
        <w:t xml:space="preserve"> *</w:t>
      </w:r>
    </w:p>
    <w:p w14:paraId="11B7C87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Para cada PPG indicado na pergunta 4.3, informe:</w:t>
      </w:r>
    </w:p>
    <w:p w14:paraId="529378F7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Nome do PPG.</w:t>
      </w:r>
    </w:p>
    <w:p w14:paraId="7E948AD8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O Colegiado concedeu anuência à participação do projeto? Sim ou Não.</w:t>
      </w:r>
    </w:p>
    <w:p w14:paraId="239F8EFC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Data da deliberação, caso a anuência já tenha sido concedida.</w:t>
      </w:r>
    </w:p>
    <w:p w14:paraId="3B3D1F9B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Situação do comprovante: disponível para anexar na próxima pergunta, disponível com pendência ou ainda não disponível.</w:t>
      </w:r>
    </w:p>
    <w:p w14:paraId="32F250C8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Explicação de eventual pendência.</w:t>
      </w:r>
    </w:p>
    <w:p w14:paraId="1511C979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Apresente cada PPG uma única vez, separando os registros por uma linha em branco.</w:t>
      </w:r>
    </w:p>
    <w:p w14:paraId="666ADF00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 anuência deverá ter sido concedida pelo Colegiado do PPG até a data de envio desta manifestação de interesse. Eventual regularização da comprovação documental não substitui a necessidade de deliberação já existente nessa data.</w:t>
      </w:r>
    </w:p>
    <w:p w14:paraId="2CF9FE1C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0D963C5C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495343">
        <w:rPr>
          <w:rFonts w:ascii="Arial" w:hAnsi="Arial" w:cs="Arial"/>
          <w:sz w:val="24"/>
          <w:szCs w:val="24"/>
          <w:highlight w:val="yellow"/>
        </w:rPr>
        <w:t>[Preencher]</w:t>
      </w:r>
    </w:p>
    <w:p w14:paraId="57965423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 xml:space="preserve">6.4. Comprovação da anuência dos Colegiados dos </w:t>
      </w:r>
      <w:proofErr w:type="spellStart"/>
      <w:r w:rsidRPr="009F6539">
        <w:rPr>
          <w:rFonts w:ascii="Arial" w:hAnsi="Arial" w:cs="Arial"/>
          <w:szCs w:val="24"/>
        </w:rPr>
        <w:t>PPGs</w:t>
      </w:r>
      <w:proofErr w:type="spellEnd"/>
    </w:p>
    <w:p w14:paraId="3D269DD4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Anexe a comprovação da anuência do Colegiado de cada PPG indicado na pergunta 4.3, conforme os modelos ou procedimentos estabelecidos pela PROPPG.</w:t>
      </w:r>
    </w:p>
    <w:p w14:paraId="0D81A310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 documento deverá identificar o projeto, as modalidades e quantidades de bolsas vinculadas ao PPG e a data da deliberação. Quando emitido pela Coordenação, deverá comprovar a decisão do Colegiado.</w:t>
      </w:r>
    </w:p>
    <w:p w14:paraId="41595682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Identifique os arquivos pelo nome ou sigla do PPG. Exemplo: Anuencia_PPG_Sigla.pdf.</w:t>
      </w:r>
    </w:p>
    <w:p w14:paraId="1B588DD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Você poderá enviar arquivos separados ou reunir os comprovantes em um único PDF, mantendo cada PPG claramente identificado.</w:t>
      </w:r>
    </w:p>
    <w:p w14:paraId="2F458DE7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Eventuais pendências deverão estar explicadas na pergunta 6.3. A ausência de arquivo não dispensa a anuência do Colegiado, que deverá ter sido concedida até a data de envio desta manifestação de interesse.</w:t>
      </w:r>
    </w:p>
    <w:p w14:paraId="1A619DE1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Arquivos a preparar para envio — anote os nomes aqui:</w:t>
      </w:r>
    </w:p>
    <w:p w14:paraId="2DF274BD" w14:textId="77777777" w:rsidR="006A7295" w:rsidRPr="009F6539" w:rsidRDefault="002021A5" w:rsidP="00DC2802">
      <w:pPr>
        <w:pStyle w:val="Resposta"/>
        <w:spacing w:after="240"/>
        <w:jc w:val="both"/>
        <w:rPr>
          <w:rFonts w:ascii="Arial" w:hAnsi="Arial" w:cs="Arial"/>
          <w:sz w:val="24"/>
          <w:szCs w:val="24"/>
        </w:rPr>
      </w:pPr>
      <w:r w:rsidRPr="00495343">
        <w:rPr>
          <w:rFonts w:ascii="Arial" w:hAnsi="Arial" w:cs="Arial"/>
          <w:sz w:val="24"/>
          <w:szCs w:val="24"/>
          <w:highlight w:val="yellow"/>
        </w:rPr>
        <w:t>[Preencher]</w:t>
      </w:r>
    </w:p>
    <w:p w14:paraId="497552BF" w14:textId="77777777" w:rsidR="006A7295" w:rsidRPr="009F6539" w:rsidRDefault="002021A5" w:rsidP="00DC2802">
      <w:pPr>
        <w:pStyle w:val="Ttulo1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7. Revisão e declarações</w:t>
      </w:r>
    </w:p>
    <w:p w14:paraId="34F44C4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Antes de enviar, revise as informações prestadas e os documentos anexados.</w:t>
      </w:r>
    </w:p>
    <w:p w14:paraId="1B1FAA19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Neste bloco, indique eventuais informações que mereçam tratamento restrito e registre sua ciência sobre as condições de participação na Chamada.</w:t>
      </w:r>
    </w:p>
    <w:p w14:paraId="28CD342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 preenchimento ou o salvamento de um rascunho não conclui a submissão. Ao finalizar, clique em “Enviar” e aguarde a mensagem de confirmação do recebimento.</w:t>
      </w:r>
    </w:p>
    <w:p w14:paraId="6357C444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7.1. Indicação de informações para tratamento restrito *</w:t>
      </w:r>
    </w:p>
    <w:p w14:paraId="391152B3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Caso alguma informação apresentada no formulário ou nos documentos anexados necessite de tratamento restrito, identifique o campo ou o arquivo e a página correspondente, explicando brevemente o motivo.</w:t>
      </w:r>
    </w:p>
    <w:p w14:paraId="689E6961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Não reproduza neste campo o conteúdo que pretende resguardar. A indicação será analisada conforme as regras aplicáveis e não implica restrição automática de acesso.</w:t>
      </w:r>
    </w:p>
    <w:p w14:paraId="203D8B9A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Se não houver informações dessa natureza, escreva: “Não há informação a indicar para tratamento restrito”.</w:t>
      </w:r>
    </w:p>
    <w:p w14:paraId="742152DB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Sugestão de extensão: até 500 caracteres, incluindo espaços.</w:t>
      </w:r>
    </w:p>
    <w:p w14:paraId="3D749970" w14:textId="77777777" w:rsidR="006A7295" w:rsidRPr="009F6539" w:rsidRDefault="002021A5" w:rsidP="00DC2802">
      <w:pPr>
        <w:pStyle w:val="Resposta"/>
        <w:keepNext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Resposta a preparar — escreva aqui:</w:t>
      </w:r>
    </w:p>
    <w:p w14:paraId="3D2F3D85" w14:textId="77777777" w:rsidR="006A7295" w:rsidRPr="009F6539" w:rsidRDefault="002021A5" w:rsidP="00DC2802">
      <w:pPr>
        <w:pStyle w:val="Resposta"/>
        <w:spacing w:after="520"/>
        <w:jc w:val="both"/>
        <w:rPr>
          <w:rFonts w:ascii="Arial" w:hAnsi="Arial" w:cs="Arial"/>
          <w:sz w:val="24"/>
          <w:szCs w:val="24"/>
        </w:rPr>
      </w:pPr>
      <w:r w:rsidRPr="00495343">
        <w:rPr>
          <w:rFonts w:ascii="Arial" w:hAnsi="Arial" w:cs="Arial"/>
          <w:sz w:val="24"/>
          <w:szCs w:val="24"/>
          <w:highlight w:val="yellow"/>
        </w:rPr>
        <w:t>[Preencher]</w:t>
      </w:r>
    </w:p>
    <w:p w14:paraId="5857FD5E" w14:textId="77777777" w:rsidR="006A7295" w:rsidRPr="009F6539" w:rsidRDefault="002021A5" w:rsidP="00DC2802">
      <w:pPr>
        <w:pStyle w:val="Ttulo2"/>
        <w:jc w:val="both"/>
        <w:rPr>
          <w:rFonts w:ascii="Arial" w:hAnsi="Arial" w:cs="Arial"/>
          <w:szCs w:val="24"/>
        </w:rPr>
      </w:pPr>
      <w:r w:rsidRPr="009F6539">
        <w:rPr>
          <w:rFonts w:ascii="Arial" w:hAnsi="Arial" w:cs="Arial"/>
          <w:szCs w:val="24"/>
        </w:rPr>
        <w:t>7.2. Declarações do proponente *</w:t>
      </w:r>
    </w:p>
    <w:p w14:paraId="429FE820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Leia e assinale todas as declarações abaixo para concluir a manifestação de interesse.</w:t>
      </w:r>
    </w:p>
    <w:p w14:paraId="0B98D976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Marque todas que se aplicam.</w:t>
      </w:r>
    </w:p>
    <w:p w14:paraId="01DB4270" w14:textId="77777777" w:rsidR="006A7295" w:rsidRPr="00495343" w:rsidRDefault="00000000" w:rsidP="00DC2802">
      <w:pPr>
        <w:jc w:val="both"/>
        <w:rPr>
          <w:rFonts w:ascii="Arial" w:hAnsi="Arial" w:cs="Arial"/>
          <w:sz w:val="24"/>
          <w:szCs w:val="24"/>
          <w:highlight w:val="yellow"/>
        </w:rPr>
      </w:pPr>
      <w:sdt>
        <w:sdtPr>
          <w:rPr>
            <w:rFonts w:ascii="Arial" w:hAnsi="Arial" w:cs="Arial"/>
            <w:sz w:val="24"/>
            <w:szCs w:val="24"/>
            <w:highlight w:val="yellow"/>
          </w:rPr>
          <w:id w:val="1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1A5" w:rsidRPr="00495343">
            <w:rPr>
              <w:rFonts w:ascii="Segoe UI Symbol" w:hAnsi="Segoe UI Symbol" w:cs="Segoe UI Symbol"/>
              <w:sz w:val="24"/>
              <w:szCs w:val="24"/>
              <w:highlight w:val="yellow"/>
            </w:rPr>
            <w:t>☐</w:t>
          </w:r>
        </w:sdtContent>
      </w:sdt>
      <w:r w:rsidR="002021A5" w:rsidRPr="00495343">
        <w:rPr>
          <w:rFonts w:ascii="Arial" w:hAnsi="Arial" w:cs="Arial"/>
          <w:sz w:val="24"/>
          <w:szCs w:val="24"/>
          <w:highlight w:val="yellow"/>
        </w:rPr>
        <w:t xml:space="preserve"> Declaro que as informações prestadas são verdadeiras e que assumirei pessoalmente a orientação das bolsas GM e/ou GD solicitadas, observadas as normas dos respectivos </w:t>
      </w:r>
      <w:proofErr w:type="spellStart"/>
      <w:r w:rsidR="002021A5" w:rsidRPr="00495343">
        <w:rPr>
          <w:rFonts w:ascii="Arial" w:hAnsi="Arial" w:cs="Arial"/>
          <w:sz w:val="24"/>
          <w:szCs w:val="24"/>
          <w:highlight w:val="yellow"/>
        </w:rPr>
        <w:t>PPGs</w:t>
      </w:r>
      <w:proofErr w:type="spellEnd"/>
      <w:r w:rsidR="002021A5" w:rsidRPr="00495343">
        <w:rPr>
          <w:rFonts w:ascii="Arial" w:hAnsi="Arial" w:cs="Arial"/>
          <w:sz w:val="24"/>
          <w:szCs w:val="24"/>
          <w:highlight w:val="yellow"/>
        </w:rPr>
        <w:t>.</w:t>
      </w:r>
    </w:p>
    <w:p w14:paraId="53906980" w14:textId="77777777" w:rsidR="006A7295" w:rsidRPr="00495343" w:rsidRDefault="00000000" w:rsidP="00DC2802">
      <w:pPr>
        <w:jc w:val="both"/>
        <w:rPr>
          <w:rFonts w:ascii="Arial" w:hAnsi="Arial" w:cs="Arial"/>
          <w:sz w:val="24"/>
          <w:szCs w:val="24"/>
          <w:highlight w:val="yellow"/>
        </w:rPr>
      </w:pPr>
      <w:sdt>
        <w:sdtPr>
          <w:rPr>
            <w:rFonts w:ascii="Arial" w:hAnsi="Arial" w:cs="Arial"/>
            <w:sz w:val="24"/>
            <w:szCs w:val="24"/>
            <w:highlight w:val="yellow"/>
          </w:rPr>
          <w:id w:val="1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1A5" w:rsidRPr="00495343">
            <w:rPr>
              <w:rFonts w:ascii="Segoe UI Symbol" w:hAnsi="Segoe UI Symbol" w:cs="Segoe UI Symbol"/>
              <w:sz w:val="24"/>
              <w:szCs w:val="24"/>
              <w:highlight w:val="yellow"/>
            </w:rPr>
            <w:t>☐</w:t>
          </w:r>
        </w:sdtContent>
      </w:sdt>
      <w:r w:rsidR="002021A5" w:rsidRPr="00495343">
        <w:rPr>
          <w:rFonts w:ascii="Arial" w:hAnsi="Arial" w:cs="Arial"/>
          <w:sz w:val="24"/>
          <w:szCs w:val="24"/>
          <w:highlight w:val="yellow"/>
        </w:rPr>
        <w:t xml:space="preserve"> Estou ciente de que cada docente poderá apresentar um único projeto e de que esta manifestação de interesse não garante seleção, inclusão na proposta institucional ou concessão de bolsas.</w:t>
      </w:r>
    </w:p>
    <w:p w14:paraId="662C30C9" w14:textId="77777777" w:rsidR="006A7295" w:rsidRPr="00495343" w:rsidRDefault="00000000" w:rsidP="00DC2802">
      <w:pPr>
        <w:jc w:val="both"/>
        <w:rPr>
          <w:rFonts w:ascii="Arial" w:hAnsi="Arial" w:cs="Arial"/>
          <w:sz w:val="24"/>
          <w:szCs w:val="24"/>
          <w:highlight w:val="yellow"/>
        </w:rPr>
      </w:pPr>
      <w:sdt>
        <w:sdtPr>
          <w:rPr>
            <w:rFonts w:ascii="Arial" w:hAnsi="Arial" w:cs="Arial"/>
            <w:sz w:val="24"/>
            <w:szCs w:val="24"/>
            <w:highlight w:val="yellow"/>
          </w:rPr>
          <w:id w:val="1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1A5" w:rsidRPr="00495343">
            <w:rPr>
              <w:rFonts w:ascii="Segoe UI Symbol" w:hAnsi="Segoe UI Symbol" w:cs="Segoe UI Symbol"/>
              <w:sz w:val="24"/>
              <w:szCs w:val="24"/>
              <w:highlight w:val="yellow"/>
            </w:rPr>
            <w:t>☐</w:t>
          </w:r>
        </w:sdtContent>
      </w:sdt>
      <w:r w:rsidR="002021A5" w:rsidRPr="00495343">
        <w:rPr>
          <w:rFonts w:ascii="Arial" w:hAnsi="Arial" w:cs="Arial"/>
          <w:sz w:val="24"/>
          <w:szCs w:val="24"/>
          <w:highlight w:val="yellow"/>
        </w:rPr>
        <w:t xml:space="preserve"> Estou ciente de que, se meu projeto for habilitado, participarei do GT e, se integrar a carteira institucional, participarei do CCG, assumindo as atribuições previstas na Chamada Interna.</w:t>
      </w:r>
    </w:p>
    <w:p w14:paraId="48588555" w14:textId="77777777" w:rsidR="006A7295" w:rsidRPr="00495343" w:rsidRDefault="00000000" w:rsidP="00DC2802">
      <w:pPr>
        <w:jc w:val="both"/>
        <w:rPr>
          <w:rFonts w:ascii="Arial" w:hAnsi="Arial" w:cs="Arial"/>
          <w:sz w:val="24"/>
          <w:szCs w:val="24"/>
          <w:highlight w:val="yellow"/>
        </w:rPr>
      </w:pPr>
      <w:sdt>
        <w:sdtPr>
          <w:rPr>
            <w:rFonts w:ascii="Arial" w:hAnsi="Arial" w:cs="Arial"/>
            <w:sz w:val="24"/>
            <w:szCs w:val="24"/>
            <w:highlight w:val="yellow"/>
          </w:rPr>
          <w:id w:val="1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1A5" w:rsidRPr="00495343">
            <w:rPr>
              <w:rFonts w:ascii="Segoe UI Symbol" w:hAnsi="Segoe UI Symbol" w:cs="Segoe UI Symbol"/>
              <w:sz w:val="24"/>
              <w:szCs w:val="24"/>
              <w:highlight w:val="yellow"/>
            </w:rPr>
            <w:t>☐</w:t>
          </w:r>
        </w:sdtContent>
      </w:sdt>
      <w:r w:rsidR="002021A5" w:rsidRPr="00495343">
        <w:rPr>
          <w:rFonts w:ascii="Arial" w:hAnsi="Arial" w:cs="Arial"/>
          <w:sz w:val="24"/>
          <w:szCs w:val="24"/>
          <w:highlight w:val="yellow"/>
        </w:rPr>
        <w:t xml:space="preserve"> Comprometo-me a cumprir as providências de formalização das parcerias e contrapartidas sob minha responsabilidade e, em caso de aprovação da proposta institucional, acompanhar o cumprimento dos aportes relativos ao meu projeto.</w:t>
      </w:r>
    </w:p>
    <w:p w14:paraId="06FFE074" w14:textId="77777777" w:rsidR="006A7295" w:rsidRPr="009F6539" w:rsidRDefault="00000000" w:rsidP="00DC2802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  <w:highlight w:val="yellow"/>
          </w:rPr>
          <w:id w:val="1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1A5" w:rsidRPr="00495343">
            <w:rPr>
              <w:rFonts w:ascii="Segoe UI Symbol" w:hAnsi="Segoe UI Symbol" w:cs="Segoe UI Symbol"/>
              <w:sz w:val="24"/>
              <w:szCs w:val="24"/>
              <w:highlight w:val="yellow"/>
            </w:rPr>
            <w:t>☐</w:t>
          </w:r>
        </w:sdtContent>
      </w:sdt>
      <w:r w:rsidR="002021A5" w:rsidRPr="00495343">
        <w:rPr>
          <w:rFonts w:ascii="Arial" w:hAnsi="Arial" w:cs="Arial"/>
          <w:sz w:val="24"/>
          <w:szCs w:val="24"/>
          <w:highlight w:val="yellow"/>
        </w:rPr>
        <w:t xml:space="preserve"> Declaro ter lido e estar de acordo com as condições da Chamada Interna PROPPG/UFERSA nº 53/2026 e com as disposições aplicáveis da Chamada Pública CNPq/CAPES nº 30/2026.</w:t>
      </w:r>
    </w:p>
    <w:p w14:paraId="21527C10" w14:textId="77777777" w:rsidR="006A7295" w:rsidRPr="009F6539" w:rsidRDefault="002021A5" w:rsidP="00DC2802">
      <w:pPr>
        <w:pStyle w:val="Ttulo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Antes de enviar</w:t>
      </w:r>
    </w:p>
    <w:p w14:paraId="746E34F2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Utilize o botão “Voltar” para revisar as respostas, se necessário. Confira especialmente:</w:t>
      </w:r>
    </w:p>
    <w:p w14:paraId="42F21E87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lastRenderedPageBreak/>
        <w:t>• Seu nome e e-mail institucional.</w:t>
      </w:r>
    </w:p>
    <w:p w14:paraId="5D89E933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 xml:space="preserve">• As quantidades de bolsas e sua correspondência com as atividades e os </w:t>
      </w:r>
      <w:proofErr w:type="spellStart"/>
      <w:r w:rsidRPr="009F6539">
        <w:rPr>
          <w:rFonts w:ascii="Arial" w:hAnsi="Arial" w:cs="Arial"/>
          <w:sz w:val="24"/>
          <w:szCs w:val="24"/>
        </w:rPr>
        <w:t>PPGs</w:t>
      </w:r>
      <w:proofErr w:type="spellEnd"/>
      <w:r w:rsidRPr="009F6539">
        <w:rPr>
          <w:rFonts w:ascii="Arial" w:hAnsi="Arial" w:cs="Arial"/>
          <w:sz w:val="24"/>
          <w:szCs w:val="24"/>
        </w:rPr>
        <w:t xml:space="preserve"> informados.</w:t>
      </w:r>
    </w:p>
    <w:p w14:paraId="0EC4204C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A identificação das Instituições Parceiras e os valores das contrapartidas, sem duplicidade de aportes.</w:t>
      </w:r>
    </w:p>
    <w:p w14:paraId="1517C420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Os documentos anexados e as explicações de eventuais pendências.</w:t>
      </w:r>
    </w:p>
    <w:p w14:paraId="4BCBC229" w14:textId="77777777" w:rsidR="006A7295" w:rsidRPr="009F6539" w:rsidRDefault="002021A5" w:rsidP="00DC2802">
      <w:pPr>
        <w:spacing w:after="60"/>
        <w:ind w:left="173" w:hanging="173"/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• A anuência do Colegiado de cada PPG, que deverá ter sido concedida até a data de envio desta manifestação de interesse.</w:t>
      </w:r>
    </w:p>
    <w:p w14:paraId="62E4841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Após a conferência, clique em “Enviar” e aguarde a mensagem de confirmação. As respostas não poderão ser editadas diretamente após o envio.</w:t>
      </w:r>
    </w:p>
    <w:p w14:paraId="73AD824F" w14:textId="77777777" w:rsidR="006A7295" w:rsidRPr="009F6539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Guarde a cópia das respostas encaminhada ao e-mail coletado pelo formulário. Confira também a pasta de spam. Caso não a receba, entre em contato com proppg.dri@ufersa.edu.br.</w:t>
      </w:r>
    </w:p>
    <w:p w14:paraId="626D03DD" w14:textId="77777777" w:rsidR="006A7295" w:rsidRPr="00DC2802" w:rsidRDefault="002021A5" w:rsidP="00DC2802">
      <w:pPr>
        <w:jc w:val="both"/>
        <w:rPr>
          <w:rFonts w:ascii="Arial" w:hAnsi="Arial" w:cs="Arial"/>
          <w:sz w:val="24"/>
          <w:szCs w:val="24"/>
        </w:rPr>
      </w:pPr>
      <w:r w:rsidRPr="009F6539">
        <w:rPr>
          <w:rFonts w:ascii="Arial" w:hAnsi="Arial" w:cs="Arial"/>
          <w:sz w:val="24"/>
          <w:szCs w:val="24"/>
        </w:rPr>
        <w:t>O recebimento da manifestação de interesse não implica habilitação ou seleção.</w:t>
      </w:r>
    </w:p>
    <w:sectPr w:rsidR="006A7295" w:rsidRPr="00DC2802" w:rsidSect="00034616">
      <w:headerReference w:type="default" r:id="rId10"/>
      <w:footerReference w:type="default" r:id="rId11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62851" w14:textId="77777777" w:rsidR="00FC7ED5" w:rsidRPr="009F6539" w:rsidRDefault="00FC7ED5">
      <w:pPr>
        <w:spacing w:after="0" w:line="240" w:lineRule="auto"/>
      </w:pPr>
      <w:r w:rsidRPr="009F6539">
        <w:separator/>
      </w:r>
    </w:p>
  </w:endnote>
  <w:endnote w:type="continuationSeparator" w:id="0">
    <w:p w14:paraId="754461DB" w14:textId="77777777" w:rsidR="00FC7ED5" w:rsidRPr="009F6539" w:rsidRDefault="00FC7ED5">
      <w:pPr>
        <w:spacing w:after="0" w:line="240" w:lineRule="auto"/>
      </w:pPr>
      <w:r w:rsidRPr="009F65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0781F" w14:textId="54477FA8" w:rsidR="006A7295" w:rsidRPr="009F6539" w:rsidRDefault="006A729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71FEB" w14:textId="77777777" w:rsidR="00FC7ED5" w:rsidRPr="009F6539" w:rsidRDefault="00FC7ED5">
      <w:pPr>
        <w:spacing w:after="0" w:line="240" w:lineRule="auto"/>
      </w:pPr>
      <w:r w:rsidRPr="009F6539">
        <w:separator/>
      </w:r>
    </w:p>
  </w:footnote>
  <w:footnote w:type="continuationSeparator" w:id="0">
    <w:p w14:paraId="40616745" w14:textId="77777777" w:rsidR="00FC7ED5" w:rsidRPr="009F6539" w:rsidRDefault="00FC7ED5">
      <w:pPr>
        <w:spacing w:after="0" w:line="240" w:lineRule="auto"/>
      </w:pPr>
      <w:r w:rsidRPr="009F65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06B24" w14:textId="2E3CAAA0" w:rsidR="006A7295" w:rsidRPr="009F6539" w:rsidRDefault="006A729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8795973">
    <w:abstractNumId w:val="8"/>
  </w:num>
  <w:num w:numId="2" w16cid:durableId="1245989506">
    <w:abstractNumId w:val="6"/>
  </w:num>
  <w:num w:numId="3" w16cid:durableId="2025398000">
    <w:abstractNumId w:val="5"/>
  </w:num>
  <w:num w:numId="4" w16cid:durableId="1706173211">
    <w:abstractNumId w:val="4"/>
  </w:num>
  <w:num w:numId="5" w16cid:durableId="632253935">
    <w:abstractNumId w:val="7"/>
  </w:num>
  <w:num w:numId="6" w16cid:durableId="138885538">
    <w:abstractNumId w:val="3"/>
  </w:num>
  <w:num w:numId="7" w16cid:durableId="2015109481">
    <w:abstractNumId w:val="2"/>
  </w:num>
  <w:num w:numId="8" w16cid:durableId="533469418">
    <w:abstractNumId w:val="1"/>
  </w:num>
  <w:num w:numId="9" w16cid:durableId="119295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2A2"/>
    <w:rsid w:val="00034616"/>
    <w:rsid w:val="0006063C"/>
    <w:rsid w:val="0015074B"/>
    <w:rsid w:val="001C4AF0"/>
    <w:rsid w:val="001E71AE"/>
    <w:rsid w:val="001F1FD1"/>
    <w:rsid w:val="001F49D9"/>
    <w:rsid w:val="002021A5"/>
    <w:rsid w:val="0025235F"/>
    <w:rsid w:val="00265F08"/>
    <w:rsid w:val="0029639D"/>
    <w:rsid w:val="002E3BB6"/>
    <w:rsid w:val="00326F90"/>
    <w:rsid w:val="003329BB"/>
    <w:rsid w:val="004125C9"/>
    <w:rsid w:val="00495343"/>
    <w:rsid w:val="005631EA"/>
    <w:rsid w:val="0058721F"/>
    <w:rsid w:val="006A7295"/>
    <w:rsid w:val="009E53AC"/>
    <w:rsid w:val="009F6539"/>
    <w:rsid w:val="00AA1D8D"/>
    <w:rsid w:val="00B47730"/>
    <w:rsid w:val="00BD0592"/>
    <w:rsid w:val="00BF4D26"/>
    <w:rsid w:val="00C229C6"/>
    <w:rsid w:val="00C473B6"/>
    <w:rsid w:val="00CA3451"/>
    <w:rsid w:val="00CB0664"/>
    <w:rsid w:val="00DC2802"/>
    <w:rsid w:val="00FC693F"/>
    <w:rsid w:val="00FC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7927495-0DB2-4ADE-8012-EC8FAD3B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posta">
    <w:name w:val="Resposta"/>
    <w:basedOn w:val="Normal"/>
    <w:pPr>
      <w:spacing w:before="100" w:after="160"/>
    </w:pPr>
    <w:rPr>
      <w:i/>
      <w:color w:val="555555"/>
    </w:rPr>
  </w:style>
  <w:style w:type="character" w:styleId="Hyperlink">
    <w:name w:val="Hyperlink"/>
    <w:basedOn w:val="Fontepargpadro"/>
    <w:uiPriority w:val="99"/>
    <w:unhideWhenUsed/>
    <w:rsid w:val="00BF4D2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4D26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F4D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40bgPeb4mmyZMCqEXvFoUKwAl25eaYD4Bjp7hbroTsj9csw/viewform?usp=heade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ppg.ufersa.edu.br/editais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15</Pages>
  <Words>3903</Words>
  <Characters>22954</Characters>
  <Application>Microsoft Office Word</Application>
  <DocSecurity>0</DocSecurity>
  <Lines>488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de preparação das respostas MAI DAI UFERSA</dc:title>
  <dc:subject>Reprodução do formulário de manifestação de interesse para preparação prévia</dc:subject>
  <dc:creator/>
  <cp:keywords/>
  <dc:description>generated by python-docx</dc:description>
  <cp:lastModifiedBy>Luiz Francisco Souza Filho</cp:lastModifiedBy>
  <cp:revision>16</cp:revision>
  <dcterms:created xsi:type="dcterms:W3CDTF">2013-12-23T23:15:00Z</dcterms:created>
  <dcterms:modified xsi:type="dcterms:W3CDTF">2026-09-29T11:45:00Z</dcterms:modified>
  <cp:category/>
</cp:coreProperties>
</file>